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2B702" w14:textId="77777777" w:rsidR="00EE68EB" w:rsidRDefault="00FA169D">
      <w:pPr>
        <w:jc w:val="center"/>
      </w:pPr>
      <w:r>
        <w:rPr>
          <w:b/>
          <w:sz w:val="28"/>
        </w:rPr>
        <w:t>Harris County, Texas Forms: Organ Donation, Disposition of Remains, and Funeral Instructions</w:t>
      </w:r>
    </w:p>
    <w:p w14:paraId="29A3CA1A" w14:textId="77777777" w:rsidR="00EE68EB" w:rsidRDefault="00FA169D">
      <w:pPr>
        <w:jc w:val="center"/>
      </w:pPr>
      <w:r>
        <w:rPr>
          <w:i/>
        </w:rPr>
        <w:t>For a person residing in Houston / Harris County, Texas</w:t>
      </w:r>
    </w:p>
    <w:p w14:paraId="0B8D2363" w14:textId="77777777" w:rsidR="00EE68EB" w:rsidRDefault="00FA169D">
      <w:r>
        <w:rPr>
          <w:b/>
        </w:rPr>
        <w:t xml:space="preserve">Important Texas / Harris County note: </w:t>
      </w:r>
      <w:r>
        <w:t>Harris County does not appear to have a separate county-specific organ donation or remains-disposition statute. These forms are drafted for use by a Harris County resident under Texas law, especially Texas Health and Safety Code Chapters 691, 692A, and 711. Ask a Texas attorney or funeral professional whether any additional formalities are appropriate for your situation.</w:t>
      </w:r>
    </w:p>
    <w:p w14:paraId="40933B92" w14:textId="77777777" w:rsidR="00EE68EB" w:rsidRDefault="00FA169D">
      <w:r>
        <w:rPr>
          <w:b/>
        </w:rPr>
        <w:t xml:space="preserve">Key legal references: </w:t>
      </w:r>
      <w:r>
        <w:t>Texas Health and Safety Code Chapter 692A covers anatomical gifts; Chapter 691 covers donation of bodies/anatomical specimens; and Section 711.002 covers a written appointment of an agent to control disposition of remains. The Texas Funeral Service Commission provides an Appointment for Disposition of Remains form. Donate Life Texas is the official Texas donor registry for organ, eye, and tissue donation.</w:t>
      </w:r>
    </w:p>
    <w:p w14:paraId="6B612920" w14:textId="77777777" w:rsidR="00EE68EB" w:rsidRDefault="00FA169D">
      <w:r>
        <w:rPr>
          <w:b/>
        </w:rPr>
        <w:t xml:space="preserve">Security/storage note: </w:t>
      </w:r>
      <w:r>
        <w:t>Store signed originals with your estate documents and give copies to your medical power of attorney agent, executor, funeral home, and the person appointed to control disposition of remains.</w:t>
      </w:r>
    </w:p>
    <w:p w14:paraId="0973AFB5" w14:textId="77777777" w:rsidR="00EE68EB" w:rsidRDefault="00FA169D">
      <w:pPr>
        <w:jc w:val="center"/>
      </w:pPr>
      <w:r>
        <w:rPr>
          <w:b/>
          <w:sz w:val="28"/>
        </w:rPr>
        <w:t>Form 1: Texas Organ, Eye, and Tissue Donation Wishes</w:t>
      </w:r>
    </w:p>
    <w:tbl>
      <w:tblPr>
        <w:tblStyle w:val="TableGrid"/>
        <w:tblW w:w="0" w:type="auto"/>
        <w:jc w:val="center"/>
        <w:tblLook w:val="04A0" w:firstRow="1" w:lastRow="0" w:firstColumn="1" w:lastColumn="0" w:noHBand="0" w:noVBand="1"/>
      </w:tblPr>
      <w:tblGrid>
        <w:gridCol w:w="3427"/>
        <w:gridCol w:w="6787"/>
      </w:tblGrid>
      <w:tr w:rsidR="00EE68EB" w14:paraId="64D89CB3" w14:textId="77777777">
        <w:trPr>
          <w:jc w:val="center"/>
        </w:trPr>
        <w:tc>
          <w:tcPr>
            <w:tcW w:w="5112" w:type="dxa"/>
            <w:shd w:val="clear" w:color="auto" w:fill="D9EAF7"/>
          </w:tcPr>
          <w:p w14:paraId="362868A1" w14:textId="77777777" w:rsidR="00EE68EB" w:rsidRDefault="00FA169D">
            <w:r>
              <w:rPr>
                <w:b/>
                <w:sz w:val="18"/>
              </w:rPr>
              <w:t>Item</w:t>
            </w:r>
          </w:p>
        </w:tc>
        <w:tc>
          <w:tcPr>
            <w:tcW w:w="5112" w:type="dxa"/>
            <w:shd w:val="clear" w:color="auto" w:fill="D9EAF7"/>
          </w:tcPr>
          <w:p w14:paraId="4742B2F8" w14:textId="77777777" w:rsidR="00EE68EB" w:rsidRDefault="00FA169D">
            <w:r>
              <w:rPr>
                <w:b/>
                <w:sz w:val="18"/>
              </w:rPr>
              <w:t>Information</w:t>
            </w:r>
          </w:p>
        </w:tc>
      </w:tr>
      <w:tr w:rsidR="00EE68EB" w14:paraId="2FB84AA2" w14:textId="77777777">
        <w:trPr>
          <w:jc w:val="center"/>
        </w:trPr>
        <w:tc>
          <w:tcPr>
            <w:tcW w:w="3168" w:type="dxa"/>
          </w:tcPr>
          <w:p w14:paraId="6500593D" w14:textId="77777777" w:rsidR="00EE68EB" w:rsidRDefault="00FA169D">
            <w:r>
              <w:rPr>
                <w:sz w:val="18"/>
              </w:rPr>
              <w:t>Full legal name</w:t>
            </w:r>
          </w:p>
        </w:tc>
        <w:tc>
          <w:tcPr>
            <w:tcW w:w="7200" w:type="dxa"/>
          </w:tcPr>
          <w:p w14:paraId="596C6DAC" w14:textId="77777777" w:rsidR="00EE68EB" w:rsidRDefault="00FA169D">
            <w:r>
              <w:rPr>
                <w:sz w:val="18"/>
              </w:rPr>
              <w:t>____________________________________________________________</w:t>
            </w:r>
          </w:p>
        </w:tc>
      </w:tr>
      <w:tr w:rsidR="00EE68EB" w14:paraId="4ED4910F" w14:textId="77777777">
        <w:trPr>
          <w:jc w:val="center"/>
        </w:trPr>
        <w:tc>
          <w:tcPr>
            <w:tcW w:w="3168" w:type="dxa"/>
          </w:tcPr>
          <w:p w14:paraId="4C13F8F3" w14:textId="77777777" w:rsidR="00EE68EB" w:rsidRDefault="00FA169D">
            <w:r>
              <w:rPr>
                <w:sz w:val="18"/>
              </w:rPr>
              <w:t>Date of birth</w:t>
            </w:r>
          </w:p>
        </w:tc>
        <w:tc>
          <w:tcPr>
            <w:tcW w:w="7200" w:type="dxa"/>
          </w:tcPr>
          <w:p w14:paraId="354262C9" w14:textId="77777777" w:rsidR="00EE68EB" w:rsidRDefault="00FA169D">
            <w:r>
              <w:rPr>
                <w:sz w:val="18"/>
              </w:rPr>
              <w:t>________________________</w:t>
            </w:r>
          </w:p>
        </w:tc>
      </w:tr>
      <w:tr w:rsidR="00EE68EB" w14:paraId="7F3C7507" w14:textId="77777777">
        <w:trPr>
          <w:jc w:val="center"/>
        </w:trPr>
        <w:tc>
          <w:tcPr>
            <w:tcW w:w="3168" w:type="dxa"/>
          </w:tcPr>
          <w:p w14:paraId="4BCDD6B2" w14:textId="77777777" w:rsidR="00EE68EB" w:rsidRDefault="00FA169D">
            <w:r>
              <w:rPr>
                <w:sz w:val="18"/>
              </w:rPr>
              <w:t>Houston / Harris County address</w:t>
            </w:r>
          </w:p>
        </w:tc>
        <w:tc>
          <w:tcPr>
            <w:tcW w:w="7200" w:type="dxa"/>
          </w:tcPr>
          <w:p w14:paraId="32B25A3C" w14:textId="77777777" w:rsidR="00EE68EB" w:rsidRDefault="00FA169D">
            <w:r>
              <w:rPr>
                <w:sz w:val="18"/>
              </w:rPr>
              <w:t>____________________________________________________________</w:t>
            </w:r>
          </w:p>
        </w:tc>
      </w:tr>
      <w:tr w:rsidR="00EE68EB" w14:paraId="2844FBE5" w14:textId="77777777">
        <w:trPr>
          <w:jc w:val="center"/>
        </w:trPr>
        <w:tc>
          <w:tcPr>
            <w:tcW w:w="3168" w:type="dxa"/>
          </w:tcPr>
          <w:p w14:paraId="4D628773" w14:textId="77777777" w:rsidR="00EE68EB" w:rsidRDefault="00FA169D">
            <w:r>
              <w:rPr>
                <w:sz w:val="18"/>
              </w:rPr>
              <w:t>Phone / email</w:t>
            </w:r>
          </w:p>
        </w:tc>
        <w:tc>
          <w:tcPr>
            <w:tcW w:w="7200" w:type="dxa"/>
          </w:tcPr>
          <w:p w14:paraId="57F334FF" w14:textId="77777777" w:rsidR="00EE68EB" w:rsidRDefault="00FA169D">
            <w:r>
              <w:rPr>
                <w:sz w:val="18"/>
              </w:rPr>
              <w:t>____________________________________________________________</w:t>
            </w:r>
          </w:p>
        </w:tc>
      </w:tr>
      <w:tr w:rsidR="00EE68EB" w14:paraId="7D96560E" w14:textId="77777777">
        <w:trPr>
          <w:jc w:val="center"/>
        </w:trPr>
        <w:tc>
          <w:tcPr>
            <w:tcW w:w="3168" w:type="dxa"/>
          </w:tcPr>
          <w:p w14:paraId="79805130" w14:textId="77777777" w:rsidR="00EE68EB" w:rsidRDefault="00FA169D">
            <w:r>
              <w:rPr>
                <w:sz w:val="18"/>
              </w:rPr>
              <w:t>Texas driver license / ID donor status</w:t>
            </w:r>
          </w:p>
        </w:tc>
        <w:tc>
          <w:tcPr>
            <w:tcW w:w="7200" w:type="dxa"/>
          </w:tcPr>
          <w:p w14:paraId="4AB785D7" w14:textId="77777777" w:rsidR="00EE68EB" w:rsidRDefault="00FA169D">
            <w:r>
              <w:rPr>
                <w:sz w:val="18"/>
              </w:rPr>
              <w:t>☐ Donor status shown on Texas driver license/ID    ☐ Not shown    ☐ Unsure</w:t>
            </w:r>
          </w:p>
        </w:tc>
      </w:tr>
      <w:tr w:rsidR="00EE68EB" w14:paraId="75A01730" w14:textId="77777777">
        <w:trPr>
          <w:jc w:val="center"/>
        </w:trPr>
        <w:tc>
          <w:tcPr>
            <w:tcW w:w="3168" w:type="dxa"/>
          </w:tcPr>
          <w:p w14:paraId="0B7045D5" w14:textId="77777777" w:rsidR="00EE68EB" w:rsidRDefault="00FA169D">
            <w:r>
              <w:rPr>
                <w:sz w:val="18"/>
              </w:rPr>
              <w:t>Donate Life Texas registration</w:t>
            </w:r>
          </w:p>
        </w:tc>
        <w:tc>
          <w:tcPr>
            <w:tcW w:w="7200" w:type="dxa"/>
          </w:tcPr>
          <w:p w14:paraId="6D33C1D6" w14:textId="77777777" w:rsidR="00EE68EB" w:rsidRDefault="00FA169D">
            <w:r>
              <w:rPr>
                <w:sz w:val="18"/>
              </w:rPr>
              <w:t>☐ Registered    ☐ Not registered    ☐ Unsure    Registration details/location: ______________________________</w:t>
            </w:r>
          </w:p>
        </w:tc>
      </w:tr>
      <w:tr w:rsidR="00EE68EB" w14:paraId="178199B4" w14:textId="77777777">
        <w:trPr>
          <w:jc w:val="center"/>
        </w:trPr>
        <w:tc>
          <w:tcPr>
            <w:tcW w:w="3168" w:type="dxa"/>
          </w:tcPr>
          <w:p w14:paraId="19A694BC" w14:textId="77777777" w:rsidR="00EE68EB" w:rsidRDefault="00FA169D">
            <w:r>
              <w:rPr>
                <w:sz w:val="18"/>
              </w:rPr>
              <w:t>Emergency contact</w:t>
            </w:r>
          </w:p>
        </w:tc>
        <w:tc>
          <w:tcPr>
            <w:tcW w:w="7200" w:type="dxa"/>
          </w:tcPr>
          <w:p w14:paraId="26A4B35C" w14:textId="77777777" w:rsidR="00EE68EB" w:rsidRDefault="00FA169D">
            <w:r>
              <w:rPr>
                <w:sz w:val="18"/>
              </w:rPr>
              <w:t>Name: __________________________ Phone: __________________________</w:t>
            </w:r>
          </w:p>
        </w:tc>
      </w:tr>
    </w:tbl>
    <w:p w14:paraId="61F25A97" w14:textId="77777777" w:rsidR="00EE68EB" w:rsidRDefault="00FA169D">
      <w:r>
        <w:rPr>
          <w:b/>
        </w:rPr>
        <w:t>Donation preference:</w:t>
      </w:r>
    </w:p>
    <w:p w14:paraId="298A48A5" w14:textId="77777777" w:rsidR="00EE68EB" w:rsidRDefault="00FA169D">
      <w:r>
        <w:t>☐ I wish to make an anatomical gift of any needed organs, eyes, and tissues for transplantation, therapy, research, and/or education as permitted by Texas law.</w:t>
      </w:r>
    </w:p>
    <w:p w14:paraId="3911AA19" w14:textId="77777777" w:rsidR="00EE68EB" w:rsidRDefault="00FA169D">
      <w:r>
        <w:t>☐ I wish to donate only the following organs, eyes, or tissues: ________________________________________________</w:t>
      </w:r>
    </w:p>
    <w:p w14:paraId="75B757D9" w14:textId="77777777" w:rsidR="00EE68EB" w:rsidRDefault="00FA169D">
      <w:r>
        <w:t>☐ I do not wish to donate organs, eyes, or tissues.</w:t>
      </w:r>
    </w:p>
    <w:p w14:paraId="15B206B6" w14:textId="77777777" w:rsidR="00EE68EB" w:rsidRDefault="00FA169D">
      <w:r>
        <w:t>☐ I want my agent/family to follow my Donate Life Texas registry status.</w:t>
      </w:r>
    </w:p>
    <w:p w14:paraId="69B836BA" w14:textId="77777777" w:rsidR="00EE68EB" w:rsidRDefault="00FA169D">
      <w:r>
        <w:t>☐ I want my medical power of attorney agent to be informed of and support these wishes, unless prohibited by my medical power of attorney or other record.</w:t>
      </w:r>
    </w:p>
    <w:p w14:paraId="5B1869C4" w14:textId="77777777" w:rsidR="00EE68EB" w:rsidRDefault="00FA169D">
      <w:r>
        <w:rPr>
          <w:b/>
        </w:rPr>
        <w:t>Whole body donation / donation to science:</w:t>
      </w:r>
    </w:p>
    <w:p w14:paraId="529E6921" w14:textId="77777777" w:rsidR="00EE68EB" w:rsidRDefault="00FA169D">
      <w:r>
        <w:t>☐ I have not arranged whole body donation.</w:t>
      </w:r>
    </w:p>
    <w:p w14:paraId="22340A88" w14:textId="77777777" w:rsidR="00EE68EB" w:rsidRDefault="00FA169D">
      <w:r>
        <w:t>☐ I have arranged or intend to arrange whole body donation directly with the following program: ______________________________</w:t>
      </w:r>
    </w:p>
    <w:p w14:paraId="4184BA54" w14:textId="77777777" w:rsidR="00EE68EB" w:rsidRDefault="00FA169D">
      <w:r>
        <w:t>Program contact / phone / location of documents: ________________________________________________________________</w:t>
      </w:r>
    </w:p>
    <w:p w14:paraId="1BED07D4" w14:textId="77777777" w:rsidR="00EE68EB" w:rsidRDefault="00FA169D">
      <w:r>
        <w:lastRenderedPageBreak/>
        <w:t>Alternate disposition plan if whole body donation is unavailable or declined: __________________________________________</w:t>
      </w:r>
    </w:p>
    <w:p w14:paraId="6F520549" w14:textId="77777777" w:rsidR="00EE68EB" w:rsidRDefault="00FA169D">
      <w:r>
        <w:rPr>
          <w:b/>
        </w:rPr>
        <w:t>Limitations, religious/cultural considerations, or additional directions:</w:t>
      </w:r>
    </w:p>
    <w:p w14:paraId="38A1C758" w14:textId="77777777" w:rsidR="00EE68EB" w:rsidRDefault="00FA169D">
      <w:r>
        <w:t>________________________________________________________________________________</w:t>
      </w:r>
    </w:p>
    <w:p w14:paraId="31693E55" w14:textId="77777777" w:rsidR="00EE68EB" w:rsidRDefault="00FA169D">
      <w:r>
        <w:t>________________________________________________________________________________</w:t>
      </w:r>
    </w:p>
    <w:p w14:paraId="2D8901AC" w14:textId="77777777" w:rsidR="00EE68EB" w:rsidRDefault="00FA169D">
      <w:r>
        <w:t>________________________________________________________________________________</w:t>
      </w:r>
    </w:p>
    <w:p w14:paraId="7C11DF33" w14:textId="77777777" w:rsidR="00EE68EB" w:rsidRDefault="00FA169D">
      <w:r>
        <w:t>________________________________________________________________________________</w:t>
      </w:r>
    </w:p>
    <w:tbl>
      <w:tblPr>
        <w:tblStyle w:val="TableGrid"/>
        <w:tblW w:w="0" w:type="auto"/>
        <w:jc w:val="center"/>
        <w:tblLook w:val="04A0" w:firstRow="1" w:lastRow="0" w:firstColumn="1" w:lastColumn="0" w:noHBand="0" w:noVBand="1"/>
      </w:tblPr>
      <w:tblGrid>
        <w:gridCol w:w="4144"/>
        <w:gridCol w:w="6070"/>
      </w:tblGrid>
      <w:tr w:rsidR="00EE68EB" w14:paraId="520314B5" w14:textId="77777777">
        <w:trPr>
          <w:jc w:val="center"/>
        </w:trPr>
        <w:tc>
          <w:tcPr>
            <w:tcW w:w="5112" w:type="dxa"/>
            <w:shd w:val="clear" w:color="auto" w:fill="D9EAF7"/>
          </w:tcPr>
          <w:p w14:paraId="54AC9ED0" w14:textId="77777777" w:rsidR="00EE68EB" w:rsidRDefault="00FA169D">
            <w:r>
              <w:rPr>
                <w:b/>
                <w:sz w:val="18"/>
              </w:rPr>
              <w:t>Item</w:t>
            </w:r>
          </w:p>
        </w:tc>
        <w:tc>
          <w:tcPr>
            <w:tcW w:w="5112" w:type="dxa"/>
            <w:shd w:val="clear" w:color="auto" w:fill="D9EAF7"/>
          </w:tcPr>
          <w:p w14:paraId="7D5571FE" w14:textId="77777777" w:rsidR="00EE68EB" w:rsidRDefault="00FA169D">
            <w:r>
              <w:rPr>
                <w:b/>
                <w:sz w:val="18"/>
              </w:rPr>
              <w:t>Information</w:t>
            </w:r>
          </w:p>
        </w:tc>
      </w:tr>
      <w:tr w:rsidR="00EE68EB" w14:paraId="3D7E4B0B" w14:textId="77777777">
        <w:trPr>
          <w:jc w:val="center"/>
        </w:trPr>
        <w:tc>
          <w:tcPr>
            <w:tcW w:w="3168" w:type="dxa"/>
          </w:tcPr>
          <w:p w14:paraId="5B3E5246" w14:textId="77777777" w:rsidR="00EE68EB" w:rsidRDefault="00FA169D">
            <w:r>
              <w:rPr>
                <w:sz w:val="18"/>
              </w:rPr>
              <w:t>Medical power of attorney agent</w:t>
            </w:r>
          </w:p>
        </w:tc>
        <w:tc>
          <w:tcPr>
            <w:tcW w:w="7200" w:type="dxa"/>
          </w:tcPr>
          <w:p w14:paraId="00E71E33" w14:textId="77777777" w:rsidR="00EE68EB" w:rsidRDefault="00FA169D">
            <w:r>
              <w:rPr>
                <w:sz w:val="18"/>
              </w:rPr>
              <w:t>Name: __________________________ Phone: __________________________</w:t>
            </w:r>
          </w:p>
        </w:tc>
      </w:tr>
      <w:tr w:rsidR="00EE68EB" w14:paraId="107E891E" w14:textId="77777777">
        <w:trPr>
          <w:jc w:val="center"/>
        </w:trPr>
        <w:tc>
          <w:tcPr>
            <w:tcW w:w="3168" w:type="dxa"/>
          </w:tcPr>
          <w:p w14:paraId="3111A789" w14:textId="77777777" w:rsidR="00EE68EB" w:rsidRDefault="00FA169D">
            <w:r>
              <w:rPr>
                <w:sz w:val="18"/>
              </w:rPr>
              <w:t>Executor / personal representative</w:t>
            </w:r>
          </w:p>
        </w:tc>
        <w:tc>
          <w:tcPr>
            <w:tcW w:w="7200" w:type="dxa"/>
          </w:tcPr>
          <w:p w14:paraId="0D54FD1A" w14:textId="77777777" w:rsidR="00EE68EB" w:rsidRDefault="00FA169D">
            <w:r>
              <w:rPr>
                <w:sz w:val="18"/>
              </w:rPr>
              <w:t>Name: __________________________ Phone: __________________________</w:t>
            </w:r>
          </w:p>
        </w:tc>
      </w:tr>
      <w:tr w:rsidR="00EE68EB" w14:paraId="604838AC" w14:textId="77777777">
        <w:trPr>
          <w:jc w:val="center"/>
        </w:trPr>
        <w:tc>
          <w:tcPr>
            <w:tcW w:w="3168" w:type="dxa"/>
          </w:tcPr>
          <w:p w14:paraId="615EFFFD" w14:textId="77777777" w:rsidR="00EE68EB" w:rsidRDefault="00FA169D">
            <w:r>
              <w:rPr>
                <w:sz w:val="18"/>
              </w:rPr>
              <w:t>Person appointed for remains</w:t>
            </w:r>
          </w:p>
        </w:tc>
        <w:tc>
          <w:tcPr>
            <w:tcW w:w="7200" w:type="dxa"/>
          </w:tcPr>
          <w:p w14:paraId="148F80AD" w14:textId="77777777" w:rsidR="00EE68EB" w:rsidRDefault="00FA169D">
            <w:r>
              <w:rPr>
                <w:sz w:val="18"/>
              </w:rPr>
              <w:t>Name: __________________________ Phone: __________________________</w:t>
            </w:r>
          </w:p>
        </w:tc>
      </w:tr>
    </w:tbl>
    <w:p w14:paraId="4DB317CB" w14:textId="77777777" w:rsidR="00EE68EB" w:rsidRDefault="00FA169D">
      <w:r>
        <w:t>Signature: ____________________________________    Date: ____________________</w:t>
      </w:r>
    </w:p>
    <w:p w14:paraId="6AA4A381" w14:textId="77777777" w:rsidR="00EE68EB" w:rsidRDefault="00FA169D">
      <w:r>
        <w:t>Witness / notary, if advised by attorney: ________________________________________________</w:t>
      </w:r>
    </w:p>
    <w:p w14:paraId="4921871F" w14:textId="77777777" w:rsidR="00EE68EB" w:rsidRDefault="00FA169D">
      <w:r>
        <w:br w:type="page"/>
      </w:r>
    </w:p>
    <w:p w14:paraId="26498263" w14:textId="77777777" w:rsidR="00EE68EB" w:rsidRDefault="00FA169D">
      <w:pPr>
        <w:jc w:val="center"/>
      </w:pPr>
      <w:r>
        <w:rPr>
          <w:b/>
          <w:sz w:val="28"/>
        </w:rPr>
        <w:lastRenderedPageBreak/>
        <w:t>Form 2: Texas Appointment of Agent to Control Disposition of Remains</w:t>
      </w:r>
    </w:p>
    <w:p w14:paraId="6D1BC66F" w14:textId="77777777" w:rsidR="00EE68EB" w:rsidRDefault="00FA169D">
      <w:pPr>
        <w:jc w:val="center"/>
      </w:pPr>
      <w:r>
        <w:rPr>
          <w:i/>
        </w:rPr>
        <w:t>Adapted for Harris County resident; based on Texas Health and Safety Code § 711.002 concepts</w:t>
      </w:r>
    </w:p>
    <w:tbl>
      <w:tblPr>
        <w:tblStyle w:val="TableGrid"/>
        <w:tblW w:w="0" w:type="auto"/>
        <w:jc w:val="center"/>
        <w:tblLook w:val="04A0" w:firstRow="1" w:lastRow="0" w:firstColumn="1" w:lastColumn="0" w:noHBand="0" w:noVBand="1"/>
      </w:tblPr>
      <w:tblGrid>
        <w:gridCol w:w="3408"/>
        <w:gridCol w:w="6806"/>
      </w:tblGrid>
      <w:tr w:rsidR="00EE68EB" w14:paraId="0E7D9CAA" w14:textId="77777777">
        <w:trPr>
          <w:jc w:val="center"/>
        </w:trPr>
        <w:tc>
          <w:tcPr>
            <w:tcW w:w="5112" w:type="dxa"/>
            <w:shd w:val="clear" w:color="auto" w:fill="D9EAF7"/>
          </w:tcPr>
          <w:p w14:paraId="5D98928C" w14:textId="77777777" w:rsidR="00EE68EB" w:rsidRDefault="00FA169D">
            <w:r>
              <w:rPr>
                <w:b/>
                <w:sz w:val="18"/>
              </w:rPr>
              <w:t>Item</w:t>
            </w:r>
          </w:p>
        </w:tc>
        <w:tc>
          <w:tcPr>
            <w:tcW w:w="5112" w:type="dxa"/>
            <w:shd w:val="clear" w:color="auto" w:fill="D9EAF7"/>
          </w:tcPr>
          <w:p w14:paraId="413AF960" w14:textId="77777777" w:rsidR="00EE68EB" w:rsidRDefault="00FA169D">
            <w:r>
              <w:rPr>
                <w:b/>
                <w:sz w:val="18"/>
              </w:rPr>
              <w:t>Information</w:t>
            </w:r>
          </w:p>
        </w:tc>
      </w:tr>
      <w:tr w:rsidR="00EE68EB" w14:paraId="4089A333" w14:textId="77777777">
        <w:trPr>
          <w:jc w:val="center"/>
        </w:trPr>
        <w:tc>
          <w:tcPr>
            <w:tcW w:w="3168" w:type="dxa"/>
          </w:tcPr>
          <w:p w14:paraId="03EFCF7F" w14:textId="77777777" w:rsidR="00EE68EB" w:rsidRDefault="00FA169D">
            <w:r>
              <w:rPr>
                <w:sz w:val="18"/>
              </w:rPr>
              <w:t>Full legal name of principal</w:t>
            </w:r>
          </w:p>
        </w:tc>
        <w:tc>
          <w:tcPr>
            <w:tcW w:w="7200" w:type="dxa"/>
          </w:tcPr>
          <w:p w14:paraId="21F7F549" w14:textId="77777777" w:rsidR="00EE68EB" w:rsidRDefault="00FA169D">
            <w:r>
              <w:rPr>
                <w:sz w:val="18"/>
              </w:rPr>
              <w:t>____________________________________________________________</w:t>
            </w:r>
          </w:p>
        </w:tc>
      </w:tr>
      <w:tr w:rsidR="00EE68EB" w14:paraId="44CA27CA" w14:textId="77777777">
        <w:trPr>
          <w:jc w:val="center"/>
        </w:trPr>
        <w:tc>
          <w:tcPr>
            <w:tcW w:w="3168" w:type="dxa"/>
          </w:tcPr>
          <w:p w14:paraId="7B469F69" w14:textId="77777777" w:rsidR="00EE68EB" w:rsidRDefault="00FA169D">
            <w:r>
              <w:rPr>
                <w:sz w:val="18"/>
              </w:rPr>
              <w:t>Current address</w:t>
            </w:r>
          </w:p>
        </w:tc>
        <w:tc>
          <w:tcPr>
            <w:tcW w:w="7200" w:type="dxa"/>
          </w:tcPr>
          <w:p w14:paraId="5F5E6EB6" w14:textId="77777777" w:rsidR="00EE68EB" w:rsidRDefault="00FA169D">
            <w:r>
              <w:rPr>
                <w:sz w:val="18"/>
              </w:rPr>
              <w:t>____________________________________________________________</w:t>
            </w:r>
          </w:p>
        </w:tc>
      </w:tr>
      <w:tr w:rsidR="00EE68EB" w14:paraId="3528A1A5" w14:textId="77777777">
        <w:trPr>
          <w:jc w:val="center"/>
        </w:trPr>
        <w:tc>
          <w:tcPr>
            <w:tcW w:w="3168" w:type="dxa"/>
          </w:tcPr>
          <w:p w14:paraId="1A654AE6" w14:textId="77777777" w:rsidR="00EE68EB" w:rsidRDefault="00FA169D">
            <w:r>
              <w:rPr>
                <w:sz w:val="18"/>
              </w:rPr>
              <w:t>County where signed</w:t>
            </w:r>
          </w:p>
        </w:tc>
        <w:tc>
          <w:tcPr>
            <w:tcW w:w="7200" w:type="dxa"/>
          </w:tcPr>
          <w:p w14:paraId="3AF71D37" w14:textId="77777777" w:rsidR="00EE68EB" w:rsidRDefault="00FA169D">
            <w:r>
              <w:rPr>
                <w:sz w:val="18"/>
              </w:rPr>
              <w:t>Harris County, Texas</w:t>
            </w:r>
          </w:p>
        </w:tc>
      </w:tr>
    </w:tbl>
    <w:p w14:paraId="72CE0889" w14:textId="77777777" w:rsidR="00EE68EB" w:rsidRDefault="00FA169D">
      <w:r>
        <w:rPr>
          <w:b/>
        </w:rPr>
        <w:t xml:space="preserve">Appointment: </w:t>
      </w:r>
      <w:r>
        <w:t>I, the person named above, being of sound mind, willfully and voluntarily make known my desire that, upon my death, the disposition of my remains shall be controlled by the agent named below, in accordance with Texas Health and Safety Code Section 711.002, and, with respect to that subject only, I appoint such person as my agent. Decisions made by my agent regarding the disposition of my remains, including cremation if selected or authorized below, shall be binding to the extent permitted by Texas law.</w:t>
      </w:r>
    </w:p>
    <w:tbl>
      <w:tblPr>
        <w:tblStyle w:val="TableGrid"/>
        <w:tblW w:w="0" w:type="auto"/>
        <w:jc w:val="center"/>
        <w:tblLook w:val="04A0" w:firstRow="1" w:lastRow="0" w:firstColumn="1" w:lastColumn="0" w:noHBand="0" w:noVBand="1"/>
      </w:tblPr>
      <w:tblGrid>
        <w:gridCol w:w="4100"/>
        <w:gridCol w:w="6114"/>
      </w:tblGrid>
      <w:tr w:rsidR="00EE68EB" w14:paraId="5B5D5933" w14:textId="77777777">
        <w:trPr>
          <w:jc w:val="center"/>
        </w:trPr>
        <w:tc>
          <w:tcPr>
            <w:tcW w:w="5112" w:type="dxa"/>
            <w:shd w:val="clear" w:color="auto" w:fill="D9EAF7"/>
          </w:tcPr>
          <w:p w14:paraId="652A688D" w14:textId="77777777" w:rsidR="00EE68EB" w:rsidRDefault="00FA169D">
            <w:r>
              <w:rPr>
                <w:b/>
                <w:sz w:val="18"/>
              </w:rPr>
              <w:t>Item</w:t>
            </w:r>
          </w:p>
        </w:tc>
        <w:tc>
          <w:tcPr>
            <w:tcW w:w="5112" w:type="dxa"/>
            <w:shd w:val="clear" w:color="auto" w:fill="D9EAF7"/>
          </w:tcPr>
          <w:p w14:paraId="26F9E1EF" w14:textId="77777777" w:rsidR="00EE68EB" w:rsidRDefault="00FA169D">
            <w:r>
              <w:rPr>
                <w:b/>
                <w:sz w:val="18"/>
              </w:rPr>
              <w:t>Information</w:t>
            </w:r>
          </w:p>
        </w:tc>
      </w:tr>
      <w:tr w:rsidR="00EE68EB" w14:paraId="04929ACA" w14:textId="77777777">
        <w:trPr>
          <w:jc w:val="center"/>
        </w:trPr>
        <w:tc>
          <w:tcPr>
            <w:tcW w:w="3168" w:type="dxa"/>
          </w:tcPr>
          <w:p w14:paraId="2733EF64" w14:textId="77777777" w:rsidR="00EE68EB" w:rsidRDefault="00FA169D">
            <w:r>
              <w:rPr>
                <w:sz w:val="18"/>
              </w:rPr>
              <w:t>Primary agent</w:t>
            </w:r>
          </w:p>
        </w:tc>
        <w:tc>
          <w:tcPr>
            <w:tcW w:w="7200" w:type="dxa"/>
          </w:tcPr>
          <w:p w14:paraId="0E739E75" w14:textId="77777777" w:rsidR="00EE68EB" w:rsidRDefault="00FA169D">
            <w:r>
              <w:rPr>
                <w:sz w:val="18"/>
              </w:rPr>
              <w:t>Full legal name: __________________________ Address: __________________________ Phone: __________________________</w:t>
            </w:r>
          </w:p>
        </w:tc>
      </w:tr>
      <w:tr w:rsidR="00EE68EB" w14:paraId="04D96A0A" w14:textId="77777777">
        <w:trPr>
          <w:jc w:val="center"/>
        </w:trPr>
        <w:tc>
          <w:tcPr>
            <w:tcW w:w="3168" w:type="dxa"/>
          </w:tcPr>
          <w:p w14:paraId="0748F846" w14:textId="77777777" w:rsidR="00EE68EB" w:rsidRDefault="00FA169D">
            <w:r>
              <w:rPr>
                <w:sz w:val="18"/>
              </w:rPr>
              <w:t>First successor agent</w:t>
            </w:r>
          </w:p>
        </w:tc>
        <w:tc>
          <w:tcPr>
            <w:tcW w:w="7200" w:type="dxa"/>
          </w:tcPr>
          <w:p w14:paraId="15695473" w14:textId="77777777" w:rsidR="00EE68EB" w:rsidRDefault="00FA169D">
            <w:r>
              <w:rPr>
                <w:sz w:val="18"/>
              </w:rPr>
              <w:t>Full legal name: __________________________ Address: __________________________ Phone: __________________________</w:t>
            </w:r>
          </w:p>
        </w:tc>
      </w:tr>
      <w:tr w:rsidR="00EE68EB" w14:paraId="455FBAEE" w14:textId="77777777">
        <w:trPr>
          <w:jc w:val="center"/>
        </w:trPr>
        <w:tc>
          <w:tcPr>
            <w:tcW w:w="3168" w:type="dxa"/>
          </w:tcPr>
          <w:p w14:paraId="23C5C632" w14:textId="77777777" w:rsidR="00EE68EB" w:rsidRDefault="00FA169D">
            <w:r>
              <w:rPr>
                <w:sz w:val="18"/>
              </w:rPr>
              <w:t>Second successor agent</w:t>
            </w:r>
          </w:p>
        </w:tc>
        <w:tc>
          <w:tcPr>
            <w:tcW w:w="7200" w:type="dxa"/>
          </w:tcPr>
          <w:p w14:paraId="7551275B" w14:textId="77777777" w:rsidR="00EE68EB" w:rsidRDefault="00FA169D">
            <w:r>
              <w:rPr>
                <w:sz w:val="18"/>
              </w:rPr>
              <w:t>Full legal name: __________________________ Address: __________________________ Phone: __________________________</w:t>
            </w:r>
          </w:p>
        </w:tc>
      </w:tr>
    </w:tbl>
    <w:p w14:paraId="04931375" w14:textId="77777777" w:rsidR="00EE68EB" w:rsidRDefault="00FA169D">
      <w:r>
        <w:rPr>
          <w:b/>
        </w:rPr>
        <w:t>Special directions limiting or guiding my agent:</w:t>
      </w:r>
    </w:p>
    <w:p w14:paraId="195E1E90" w14:textId="77777777" w:rsidR="00EE68EB" w:rsidRDefault="00FA169D">
      <w:r>
        <w:t>Preferred final disposition: ☐ Burial ☐ Cremation ☐ Entombment ☐ Placement in niche ☐ Whole body donation if prearranged ☐ Other: __________________</w:t>
      </w:r>
    </w:p>
    <w:p w14:paraId="4AC7307C" w14:textId="77777777" w:rsidR="00EE68EB" w:rsidRDefault="00FA169D">
      <w:r>
        <w:t>Preferred funeral home / crematory: ________________________________________________________________</w:t>
      </w:r>
    </w:p>
    <w:p w14:paraId="569BEB66" w14:textId="77777777" w:rsidR="00EE68EB" w:rsidRDefault="00FA169D">
      <w:r>
        <w:t>Prepaid funeral or cremation plan: ☐ Yes ☐ No    Provider/location: ______________________________</w:t>
      </w:r>
    </w:p>
    <w:p w14:paraId="36A2868A" w14:textId="77777777" w:rsidR="00EE68EB" w:rsidRDefault="00FA169D">
      <w:r>
        <w:t>Cemetery / mausoleum / columbarium: ________________________________________________________________</w:t>
      </w:r>
    </w:p>
    <w:p w14:paraId="141037D9" w14:textId="77777777" w:rsidR="00EE68EB" w:rsidRDefault="00FA169D">
      <w:r>
        <w:t>Burial plot / niche / deed information: ____________________________________________________________</w:t>
      </w:r>
    </w:p>
    <w:p w14:paraId="4D3B3FE5" w14:textId="77777777" w:rsidR="00EE68EB" w:rsidRDefault="00FA169D">
      <w:r>
        <w:t>If cremated, instructions for ashes: ________________________________________________________________</w:t>
      </w:r>
    </w:p>
    <w:p w14:paraId="750F19A4" w14:textId="77777777" w:rsidR="00EE68EB" w:rsidRDefault="00FA169D">
      <w:r>
        <w:t>________________________________________________________________________________</w:t>
      </w:r>
    </w:p>
    <w:p w14:paraId="5F57A688" w14:textId="77777777" w:rsidR="00EE68EB" w:rsidRDefault="00FA169D">
      <w:r>
        <w:t>________________________________________________________________________________</w:t>
      </w:r>
    </w:p>
    <w:p w14:paraId="409C9648" w14:textId="77777777" w:rsidR="00EE68EB" w:rsidRDefault="00FA169D">
      <w:r>
        <w:t>________________________________________________________________________________</w:t>
      </w:r>
    </w:p>
    <w:p w14:paraId="523E310E" w14:textId="77777777" w:rsidR="00EE68EB" w:rsidRDefault="00FA169D">
      <w:r>
        <w:t>________________________________________________________________________________</w:t>
      </w:r>
    </w:p>
    <w:p w14:paraId="36ECCB51" w14:textId="77777777" w:rsidR="00EE68EB" w:rsidRDefault="00FA169D">
      <w:r>
        <w:rPr>
          <w:b/>
        </w:rPr>
        <w:t xml:space="preserve">Duration: </w:t>
      </w:r>
      <w:r>
        <w:t>This appointment becomes effective upon my death.</w:t>
      </w:r>
    </w:p>
    <w:p w14:paraId="3540A51D" w14:textId="77777777" w:rsidR="00EE68EB" w:rsidRDefault="00FA169D">
      <w:r>
        <w:rPr>
          <w:b/>
        </w:rPr>
        <w:t xml:space="preserve">Prior appointments revoked: </w:t>
      </w:r>
      <w:r>
        <w:t>I revoke any prior appointment of any person to control the disposition of my remains, except as otherwise required by law.</w:t>
      </w:r>
    </w:p>
    <w:p w14:paraId="0C0B1657" w14:textId="77777777" w:rsidR="00EE68EB" w:rsidRDefault="00FA169D">
      <w:r>
        <w:rPr>
          <w:b/>
        </w:rPr>
        <w:t xml:space="preserve">Reliance: </w:t>
      </w:r>
      <w:r>
        <w:t>A cemetery organization, crematory, funeral director, embalmer, funeral establishment, hospital, or other person or entity receiving a copy of this document may rely on it until actual notice of modification or revocation is received.</w:t>
      </w:r>
    </w:p>
    <w:p w14:paraId="2064C20D" w14:textId="77777777" w:rsidR="00EE68EB" w:rsidRDefault="00FA169D">
      <w:r>
        <w:rPr>
          <w:b/>
        </w:rPr>
        <w:t xml:space="preserve">Principal signature: </w:t>
      </w:r>
      <w:r>
        <w:t>____________________________________    Date: ____________________</w:t>
      </w:r>
    </w:p>
    <w:p w14:paraId="54753A46" w14:textId="77777777" w:rsidR="00EE68EB" w:rsidRDefault="00FA169D">
      <w:r>
        <w:lastRenderedPageBreak/>
        <w:t>State of Texas</w:t>
      </w:r>
    </w:p>
    <w:p w14:paraId="30496932" w14:textId="77777777" w:rsidR="00EE68EB" w:rsidRDefault="00FA169D">
      <w:r>
        <w:t>County of Harris</w:t>
      </w:r>
    </w:p>
    <w:p w14:paraId="0B556DDF" w14:textId="77777777" w:rsidR="00EE68EB" w:rsidRDefault="00FA169D">
      <w:r>
        <w:t>This document was acknowledged before me on ____________________, 20____, by ____________________________________.</w:t>
      </w:r>
    </w:p>
    <w:p w14:paraId="6764BB28" w14:textId="77777777" w:rsidR="00EE68EB" w:rsidRDefault="00FA169D">
      <w:r>
        <w:t>Notary Public Signature: ____________________________________</w:t>
      </w:r>
    </w:p>
    <w:p w14:paraId="1E6CE1BF" w14:textId="77777777" w:rsidR="00EE68EB" w:rsidRDefault="00FA169D">
      <w:r>
        <w:t>Printed Name: ____________________________________    My commission expires: ____________________</w:t>
      </w:r>
    </w:p>
    <w:p w14:paraId="521D2BA9" w14:textId="77777777" w:rsidR="00EE68EB" w:rsidRDefault="00FA169D">
      <w:r>
        <w:rPr>
          <w:b/>
        </w:rPr>
        <w:t>Agent acceptance before acting:</w:t>
      </w:r>
    </w:p>
    <w:p w14:paraId="4420D2FA" w14:textId="77777777" w:rsidR="00EE68EB" w:rsidRDefault="00FA169D">
      <w:r>
        <w:t>I accept the appointment and agree to carry out the principal’s instructions to the extent permitted by Texas law.</w:t>
      </w:r>
    </w:p>
    <w:p w14:paraId="3A4A9FD4" w14:textId="77777777" w:rsidR="00EE68EB" w:rsidRDefault="00FA169D">
      <w:r>
        <w:t>Primary agent signature: ____________________________________    Date: ____________________</w:t>
      </w:r>
    </w:p>
    <w:p w14:paraId="5BE26E24" w14:textId="77777777" w:rsidR="00EE68EB" w:rsidRDefault="00FA169D">
      <w:r>
        <w:t>Successor agent signature: ____________________________________    Date: ____________________</w:t>
      </w:r>
    </w:p>
    <w:p w14:paraId="18A84B06" w14:textId="77777777" w:rsidR="00EE68EB" w:rsidRDefault="00FA169D">
      <w:r>
        <w:br w:type="page"/>
      </w:r>
    </w:p>
    <w:p w14:paraId="0B52E6E5" w14:textId="77777777" w:rsidR="00EE68EB" w:rsidRDefault="00FA169D">
      <w:pPr>
        <w:jc w:val="center"/>
      </w:pPr>
      <w:r>
        <w:rPr>
          <w:b/>
          <w:sz w:val="28"/>
        </w:rPr>
        <w:lastRenderedPageBreak/>
        <w:t>Form 3: Harris County, Texas Funeral and Memorial Instructions</w:t>
      </w:r>
    </w:p>
    <w:tbl>
      <w:tblPr>
        <w:tblStyle w:val="TableGrid"/>
        <w:tblW w:w="0" w:type="auto"/>
        <w:jc w:val="center"/>
        <w:tblLook w:val="04A0" w:firstRow="1" w:lastRow="0" w:firstColumn="1" w:lastColumn="0" w:noHBand="0" w:noVBand="1"/>
      </w:tblPr>
      <w:tblGrid>
        <w:gridCol w:w="3444"/>
        <w:gridCol w:w="6770"/>
      </w:tblGrid>
      <w:tr w:rsidR="00EE68EB" w14:paraId="2D2A3D69" w14:textId="77777777">
        <w:trPr>
          <w:jc w:val="center"/>
        </w:trPr>
        <w:tc>
          <w:tcPr>
            <w:tcW w:w="5112" w:type="dxa"/>
            <w:shd w:val="clear" w:color="auto" w:fill="D9EAF7"/>
          </w:tcPr>
          <w:p w14:paraId="06709E23" w14:textId="77777777" w:rsidR="00EE68EB" w:rsidRDefault="00FA169D">
            <w:r>
              <w:rPr>
                <w:b/>
                <w:sz w:val="18"/>
              </w:rPr>
              <w:t>Item</w:t>
            </w:r>
          </w:p>
        </w:tc>
        <w:tc>
          <w:tcPr>
            <w:tcW w:w="5112" w:type="dxa"/>
            <w:shd w:val="clear" w:color="auto" w:fill="D9EAF7"/>
          </w:tcPr>
          <w:p w14:paraId="296F4802" w14:textId="77777777" w:rsidR="00EE68EB" w:rsidRDefault="00FA169D">
            <w:r>
              <w:rPr>
                <w:b/>
                <w:sz w:val="18"/>
              </w:rPr>
              <w:t>Information</w:t>
            </w:r>
          </w:p>
        </w:tc>
      </w:tr>
      <w:tr w:rsidR="00EE68EB" w14:paraId="5FA14DFF" w14:textId="77777777">
        <w:trPr>
          <w:jc w:val="center"/>
        </w:trPr>
        <w:tc>
          <w:tcPr>
            <w:tcW w:w="3168" w:type="dxa"/>
          </w:tcPr>
          <w:p w14:paraId="48829FF7" w14:textId="77777777" w:rsidR="00EE68EB" w:rsidRDefault="00FA169D">
            <w:r>
              <w:rPr>
                <w:sz w:val="18"/>
              </w:rPr>
              <w:t>Full legal name</w:t>
            </w:r>
          </w:p>
        </w:tc>
        <w:tc>
          <w:tcPr>
            <w:tcW w:w="7200" w:type="dxa"/>
          </w:tcPr>
          <w:p w14:paraId="563F90C2" w14:textId="77777777" w:rsidR="00EE68EB" w:rsidRDefault="00FA169D">
            <w:r>
              <w:rPr>
                <w:sz w:val="18"/>
              </w:rPr>
              <w:t>____________________________________________________________</w:t>
            </w:r>
          </w:p>
        </w:tc>
      </w:tr>
      <w:tr w:rsidR="00EE68EB" w14:paraId="388FA109" w14:textId="77777777">
        <w:trPr>
          <w:jc w:val="center"/>
        </w:trPr>
        <w:tc>
          <w:tcPr>
            <w:tcW w:w="3168" w:type="dxa"/>
          </w:tcPr>
          <w:p w14:paraId="4A3A2294" w14:textId="77777777" w:rsidR="00EE68EB" w:rsidRDefault="00FA169D">
            <w:r>
              <w:rPr>
                <w:sz w:val="18"/>
              </w:rPr>
              <w:t>Houston / Harris County address</w:t>
            </w:r>
          </w:p>
        </w:tc>
        <w:tc>
          <w:tcPr>
            <w:tcW w:w="7200" w:type="dxa"/>
          </w:tcPr>
          <w:p w14:paraId="334D53AB" w14:textId="77777777" w:rsidR="00EE68EB" w:rsidRDefault="00FA169D">
            <w:r>
              <w:rPr>
                <w:sz w:val="18"/>
              </w:rPr>
              <w:t>____________________________________________________________</w:t>
            </w:r>
          </w:p>
        </w:tc>
      </w:tr>
      <w:tr w:rsidR="00EE68EB" w14:paraId="5CC9E0C2" w14:textId="77777777">
        <w:trPr>
          <w:jc w:val="center"/>
        </w:trPr>
        <w:tc>
          <w:tcPr>
            <w:tcW w:w="3168" w:type="dxa"/>
          </w:tcPr>
          <w:p w14:paraId="7921AEE8" w14:textId="77777777" w:rsidR="00EE68EB" w:rsidRDefault="00FA169D">
            <w:r>
              <w:rPr>
                <w:sz w:val="18"/>
              </w:rPr>
              <w:t>Date prepared / updated</w:t>
            </w:r>
          </w:p>
        </w:tc>
        <w:tc>
          <w:tcPr>
            <w:tcW w:w="7200" w:type="dxa"/>
          </w:tcPr>
          <w:p w14:paraId="1C3FF5EA" w14:textId="77777777" w:rsidR="00EE68EB" w:rsidRDefault="00FA169D">
            <w:r>
              <w:rPr>
                <w:sz w:val="18"/>
              </w:rPr>
              <w:t>________________________</w:t>
            </w:r>
          </w:p>
        </w:tc>
      </w:tr>
      <w:tr w:rsidR="00EE68EB" w14:paraId="0E1D00D5" w14:textId="77777777">
        <w:trPr>
          <w:jc w:val="center"/>
        </w:trPr>
        <w:tc>
          <w:tcPr>
            <w:tcW w:w="3168" w:type="dxa"/>
          </w:tcPr>
          <w:p w14:paraId="47C048A5" w14:textId="77777777" w:rsidR="00EE68EB" w:rsidRDefault="00FA169D">
            <w:r>
              <w:rPr>
                <w:sz w:val="18"/>
              </w:rPr>
              <w:t>Person to coordinate arrangements</w:t>
            </w:r>
          </w:p>
        </w:tc>
        <w:tc>
          <w:tcPr>
            <w:tcW w:w="7200" w:type="dxa"/>
          </w:tcPr>
          <w:p w14:paraId="36AFB76F" w14:textId="77777777" w:rsidR="00EE68EB" w:rsidRDefault="00FA169D">
            <w:r>
              <w:rPr>
                <w:sz w:val="18"/>
              </w:rPr>
              <w:t>Name: __________________________ Phone: __________________________</w:t>
            </w:r>
          </w:p>
        </w:tc>
      </w:tr>
      <w:tr w:rsidR="00EE68EB" w14:paraId="16E94995" w14:textId="77777777">
        <w:trPr>
          <w:jc w:val="center"/>
        </w:trPr>
        <w:tc>
          <w:tcPr>
            <w:tcW w:w="3168" w:type="dxa"/>
          </w:tcPr>
          <w:p w14:paraId="09B5A740" w14:textId="77777777" w:rsidR="00EE68EB" w:rsidRDefault="00FA169D">
            <w:r>
              <w:rPr>
                <w:sz w:val="18"/>
              </w:rPr>
              <w:t>Funeral home / provider</w:t>
            </w:r>
          </w:p>
        </w:tc>
        <w:tc>
          <w:tcPr>
            <w:tcW w:w="7200" w:type="dxa"/>
          </w:tcPr>
          <w:p w14:paraId="18DDFAC0" w14:textId="77777777" w:rsidR="00EE68EB" w:rsidRDefault="00FA169D">
            <w:r>
              <w:rPr>
                <w:sz w:val="18"/>
              </w:rPr>
              <w:t>Name: __________________________ Phone: __________________________</w:t>
            </w:r>
          </w:p>
        </w:tc>
      </w:tr>
    </w:tbl>
    <w:p w14:paraId="0EB88497" w14:textId="77777777" w:rsidR="00EE68EB" w:rsidRDefault="00FA169D">
      <w:r>
        <w:rPr>
          <w:b/>
        </w:rPr>
        <w:t>Type of service preferred:</w:t>
      </w:r>
    </w:p>
    <w:p w14:paraId="57C355D1" w14:textId="77777777" w:rsidR="00EE68EB" w:rsidRDefault="00FA169D">
      <w:r>
        <w:t>☐ Funeral service</w:t>
      </w:r>
    </w:p>
    <w:p w14:paraId="7BC01F45" w14:textId="77777777" w:rsidR="00EE68EB" w:rsidRDefault="00FA169D">
      <w:r>
        <w:t>☐ Memorial service</w:t>
      </w:r>
    </w:p>
    <w:p w14:paraId="147C8CEF" w14:textId="77777777" w:rsidR="00EE68EB" w:rsidRDefault="00FA169D">
      <w:r>
        <w:t>☐ Graveside service</w:t>
      </w:r>
    </w:p>
    <w:p w14:paraId="093771D6" w14:textId="77777777" w:rsidR="00EE68EB" w:rsidRDefault="00FA169D">
      <w:r>
        <w:t>☐ Celebration of life</w:t>
      </w:r>
    </w:p>
    <w:p w14:paraId="2F16DD62" w14:textId="77777777" w:rsidR="00EE68EB" w:rsidRDefault="00FA169D">
      <w:r>
        <w:t>☐ Religious service</w:t>
      </w:r>
    </w:p>
    <w:p w14:paraId="1B37CCC0" w14:textId="77777777" w:rsidR="00EE68EB" w:rsidRDefault="00FA169D">
      <w:r>
        <w:t>☐ Private family service only</w:t>
      </w:r>
    </w:p>
    <w:p w14:paraId="46B6948D" w14:textId="77777777" w:rsidR="00EE68EB" w:rsidRDefault="00FA169D">
      <w:r>
        <w:t>☐ No service</w:t>
      </w:r>
    </w:p>
    <w:p w14:paraId="656DC4E7" w14:textId="77777777" w:rsidR="00EE68EB" w:rsidRDefault="00FA169D">
      <w:r>
        <w:t>☐ Other: ______________________________________________________________________</w:t>
      </w:r>
    </w:p>
    <w:p w14:paraId="3F27D066" w14:textId="77777777" w:rsidR="00EE68EB" w:rsidRDefault="00FA169D">
      <w:r>
        <w:rPr>
          <w:b/>
        </w:rPr>
        <w:t>Service preferences:</w:t>
      </w:r>
    </w:p>
    <w:tbl>
      <w:tblPr>
        <w:tblStyle w:val="TableGrid"/>
        <w:tblW w:w="0" w:type="auto"/>
        <w:jc w:val="center"/>
        <w:tblLook w:val="04A0" w:firstRow="1" w:lastRow="0" w:firstColumn="1" w:lastColumn="0" w:noHBand="0" w:noVBand="1"/>
      </w:tblPr>
      <w:tblGrid>
        <w:gridCol w:w="3516"/>
        <w:gridCol w:w="6698"/>
      </w:tblGrid>
      <w:tr w:rsidR="00EE68EB" w14:paraId="05CE59B2" w14:textId="77777777">
        <w:trPr>
          <w:jc w:val="center"/>
        </w:trPr>
        <w:tc>
          <w:tcPr>
            <w:tcW w:w="5112" w:type="dxa"/>
            <w:shd w:val="clear" w:color="auto" w:fill="D9EAF7"/>
          </w:tcPr>
          <w:p w14:paraId="7572A3E8" w14:textId="77777777" w:rsidR="00EE68EB" w:rsidRDefault="00FA169D">
            <w:r>
              <w:rPr>
                <w:b/>
                <w:sz w:val="18"/>
              </w:rPr>
              <w:t>Item</w:t>
            </w:r>
          </w:p>
        </w:tc>
        <w:tc>
          <w:tcPr>
            <w:tcW w:w="5112" w:type="dxa"/>
            <w:shd w:val="clear" w:color="auto" w:fill="D9EAF7"/>
          </w:tcPr>
          <w:p w14:paraId="4A06E6BA" w14:textId="77777777" w:rsidR="00EE68EB" w:rsidRDefault="00FA169D">
            <w:r>
              <w:rPr>
                <w:b/>
                <w:sz w:val="18"/>
              </w:rPr>
              <w:t>Information</w:t>
            </w:r>
          </w:p>
        </w:tc>
      </w:tr>
      <w:tr w:rsidR="00EE68EB" w14:paraId="07461A21" w14:textId="77777777">
        <w:trPr>
          <w:jc w:val="center"/>
        </w:trPr>
        <w:tc>
          <w:tcPr>
            <w:tcW w:w="3168" w:type="dxa"/>
          </w:tcPr>
          <w:p w14:paraId="5853B942" w14:textId="77777777" w:rsidR="00EE68EB" w:rsidRDefault="00FA169D">
            <w:r>
              <w:rPr>
                <w:sz w:val="18"/>
              </w:rPr>
              <w:t>Preferred location in/near Harris County</w:t>
            </w:r>
          </w:p>
        </w:tc>
        <w:tc>
          <w:tcPr>
            <w:tcW w:w="7200" w:type="dxa"/>
          </w:tcPr>
          <w:p w14:paraId="1EF710A4" w14:textId="77777777" w:rsidR="00EE68EB" w:rsidRDefault="00FA169D">
            <w:r>
              <w:rPr>
                <w:sz w:val="18"/>
              </w:rPr>
              <w:t>____________________________________________________________</w:t>
            </w:r>
          </w:p>
        </w:tc>
      </w:tr>
      <w:tr w:rsidR="00EE68EB" w14:paraId="6C51772F" w14:textId="77777777">
        <w:trPr>
          <w:jc w:val="center"/>
        </w:trPr>
        <w:tc>
          <w:tcPr>
            <w:tcW w:w="3168" w:type="dxa"/>
          </w:tcPr>
          <w:p w14:paraId="27652075" w14:textId="77777777" w:rsidR="00EE68EB" w:rsidRDefault="00FA169D">
            <w:r>
              <w:rPr>
                <w:sz w:val="18"/>
              </w:rPr>
              <w:t>Clergy / officiant / speaker</w:t>
            </w:r>
          </w:p>
        </w:tc>
        <w:tc>
          <w:tcPr>
            <w:tcW w:w="7200" w:type="dxa"/>
          </w:tcPr>
          <w:p w14:paraId="6D9AF261" w14:textId="77777777" w:rsidR="00EE68EB" w:rsidRDefault="00FA169D">
            <w:r>
              <w:rPr>
                <w:sz w:val="18"/>
              </w:rPr>
              <w:t>____________________________________________________________</w:t>
            </w:r>
          </w:p>
        </w:tc>
      </w:tr>
      <w:tr w:rsidR="00EE68EB" w14:paraId="1B48B8B6" w14:textId="77777777">
        <w:trPr>
          <w:jc w:val="center"/>
        </w:trPr>
        <w:tc>
          <w:tcPr>
            <w:tcW w:w="3168" w:type="dxa"/>
          </w:tcPr>
          <w:p w14:paraId="0C564156" w14:textId="77777777" w:rsidR="00EE68EB" w:rsidRDefault="00FA169D">
            <w:r>
              <w:rPr>
                <w:sz w:val="18"/>
              </w:rPr>
              <w:t>Music / hymns / readings</w:t>
            </w:r>
          </w:p>
        </w:tc>
        <w:tc>
          <w:tcPr>
            <w:tcW w:w="7200" w:type="dxa"/>
          </w:tcPr>
          <w:p w14:paraId="64152C13" w14:textId="77777777" w:rsidR="00EE68EB" w:rsidRDefault="00FA169D">
            <w:r>
              <w:rPr>
                <w:sz w:val="18"/>
              </w:rPr>
              <w:t>____________________________________________________________</w:t>
            </w:r>
          </w:p>
        </w:tc>
      </w:tr>
      <w:tr w:rsidR="00EE68EB" w14:paraId="4C5CC047" w14:textId="77777777">
        <w:trPr>
          <w:jc w:val="center"/>
        </w:trPr>
        <w:tc>
          <w:tcPr>
            <w:tcW w:w="3168" w:type="dxa"/>
          </w:tcPr>
          <w:p w14:paraId="4FE2CF7F" w14:textId="77777777" w:rsidR="00EE68EB" w:rsidRDefault="00FA169D">
            <w:r>
              <w:rPr>
                <w:sz w:val="18"/>
              </w:rPr>
              <w:t>People to speak or participate</w:t>
            </w:r>
          </w:p>
        </w:tc>
        <w:tc>
          <w:tcPr>
            <w:tcW w:w="7200" w:type="dxa"/>
          </w:tcPr>
          <w:p w14:paraId="4B3F0983" w14:textId="77777777" w:rsidR="00EE68EB" w:rsidRDefault="00FA169D">
            <w:r>
              <w:rPr>
                <w:sz w:val="18"/>
              </w:rPr>
              <w:t>____________________________________________________________</w:t>
            </w:r>
          </w:p>
        </w:tc>
      </w:tr>
      <w:tr w:rsidR="00EE68EB" w14:paraId="06644D59" w14:textId="77777777">
        <w:trPr>
          <w:jc w:val="center"/>
        </w:trPr>
        <w:tc>
          <w:tcPr>
            <w:tcW w:w="3168" w:type="dxa"/>
          </w:tcPr>
          <w:p w14:paraId="1D494DE5" w14:textId="77777777" w:rsidR="00EE68EB" w:rsidRDefault="00FA169D">
            <w:r>
              <w:rPr>
                <w:sz w:val="18"/>
              </w:rPr>
              <w:t>Flowers or donations</w:t>
            </w:r>
          </w:p>
        </w:tc>
        <w:tc>
          <w:tcPr>
            <w:tcW w:w="7200" w:type="dxa"/>
          </w:tcPr>
          <w:p w14:paraId="203E0576" w14:textId="77777777" w:rsidR="00EE68EB" w:rsidRDefault="00FA169D">
            <w:r>
              <w:rPr>
                <w:sz w:val="18"/>
              </w:rPr>
              <w:t>☐ Flowers acceptable ☐ In lieu of flowers, donations to: ______________________________</w:t>
            </w:r>
          </w:p>
        </w:tc>
      </w:tr>
      <w:tr w:rsidR="00EE68EB" w14:paraId="2837B2AE" w14:textId="77777777">
        <w:trPr>
          <w:jc w:val="center"/>
        </w:trPr>
        <w:tc>
          <w:tcPr>
            <w:tcW w:w="3168" w:type="dxa"/>
          </w:tcPr>
          <w:p w14:paraId="50F7FBC4" w14:textId="77777777" w:rsidR="00EE68EB" w:rsidRDefault="00FA169D">
            <w:r>
              <w:rPr>
                <w:sz w:val="18"/>
              </w:rPr>
              <w:t>Military honors / veteran status</w:t>
            </w:r>
          </w:p>
        </w:tc>
        <w:tc>
          <w:tcPr>
            <w:tcW w:w="7200" w:type="dxa"/>
          </w:tcPr>
          <w:p w14:paraId="54825D07" w14:textId="77777777" w:rsidR="00EE68EB" w:rsidRDefault="00FA169D">
            <w:r>
              <w:rPr>
                <w:sz w:val="18"/>
              </w:rPr>
              <w:t>☐ Yes ☐ No    Branch/service details: ________________________________________</w:t>
            </w:r>
          </w:p>
        </w:tc>
      </w:tr>
      <w:tr w:rsidR="00EE68EB" w14:paraId="572C0182" w14:textId="77777777">
        <w:trPr>
          <w:jc w:val="center"/>
        </w:trPr>
        <w:tc>
          <w:tcPr>
            <w:tcW w:w="3168" w:type="dxa"/>
          </w:tcPr>
          <w:p w14:paraId="7BCE8E94" w14:textId="77777777" w:rsidR="00EE68EB" w:rsidRDefault="00FA169D">
            <w:r>
              <w:rPr>
                <w:sz w:val="18"/>
              </w:rPr>
              <w:t>Photo/video/slideshow wishes</w:t>
            </w:r>
          </w:p>
        </w:tc>
        <w:tc>
          <w:tcPr>
            <w:tcW w:w="7200" w:type="dxa"/>
          </w:tcPr>
          <w:p w14:paraId="3E40CE02" w14:textId="77777777" w:rsidR="00EE68EB" w:rsidRDefault="00FA169D">
            <w:r>
              <w:rPr>
                <w:sz w:val="18"/>
              </w:rPr>
              <w:t>____________________________________________________________</w:t>
            </w:r>
          </w:p>
        </w:tc>
      </w:tr>
      <w:tr w:rsidR="00EE68EB" w14:paraId="388A1FD1" w14:textId="77777777">
        <w:trPr>
          <w:jc w:val="center"/>
        </w:trPr>
        <w:tc>
          <w:tcPr>
            <w:tcW w:w="3168" w:type="dxa"/>
          </w:tcPr>
          <w:p w14:paraId="4E42CFD0" w14:textId="77777777" w:rsidR="00EE68EB" w:rsidRDefault="00FA169D">
            <w:r>
              <w:rPr>
                <w:sz w:val="18"/>
              </w:rPr>
              <w:t>Reception/gathering wishes</w:t>
            </w:r>
          </w:p>
        </w:tc>
        <w:tc>
          <w:tcPr>
            <w:tcW w:w="7200" w:type="dxa"/>
          </w:tcPr>
          <w:p w14:paraId="742B3481" w14:textId="77777777" w:rsidR="00EE68EB" w:rsidRDefault="00FA169D">
            <w:r>
              <w:rPr>
                <w:sz w:val="18"/>
              </w:rPr>
              <w:t>____________________________________________________________</w:t>
            </w:r>
          </w:p>
        </w:tc>
      </w:tr>
    </w:tbl>
    <w:p w14:paraId="25F35E95" w14:textId="77777777" w:rsidR="00EE68EB" w:rsidRDefault="00FA169D">
      <w:r>
        <w:rPr>
          <w:b/>
        </w:rPr>
        <w:t>Obituary information:</w:t>
      </w:r>
    </w:p>
    <w:p w14:paraId="048042D0" w14:textId="77777777" w:rsidR="00EE68EB" w:rsidRDefault="00FA169D">
      <w:r>
        <w:t>Preferred name to use: ___________________________________________________________</w:t>
      </w:r>
    </w:p>
    <w:p w14:paraId="478FE062" w14:textId="77777777" w:rsidR="00EE68EB" w:rsidRDefault="00FA169D">
      <w:r>
        <w:t>Place of birth / important biographical details: ____________________________________</w:t>
      </w:r>
    </w:p>
    <w:p w14:paraId="759FD9A1" w14:textId="77777777" w:rsidR="00EE68EB" w:rsidRDefault="00FA169D">
      <w:r>
        <w:t>Family members to list: __________________________________________________________</w:t>
      </w:r>
    </w:p>
    <w:p w14:paraId="106CE103" w14:textId="77777777" w:rsidR="00EE68EB" w:rsidRDefault="00FA169D">
      <w:r>
        <w:t>Organizations, schools, employers, service, or achievements: _________________________</w:t>
      </w:r>
    </w:p>
    <w:p w14:paraId="3C00FCBE" w14:textId="77777777" w:rsidR="00EE68EB" w:rsidRDefault="00FA169D">
      <w:r>
        <w:t>Preferred photo location: _________________________________________________________</w:t>
      </w:r>
    </w:p>
    <w:p w14:paraId="0CECD7E6" w14:textId="77777777" w:rsidR="00EE68EB" w:rsidRDefault="00FA169D">
      <w:r>
        <w:t>Newspaper / website / social media preferences: _____________________________________</w:t>
      </w:r>
    </w:p>
    <w:p w14:paraId="752341FB" w14:textId="77777777" w:rsidR="00EE68EB" w:rsidRDefault="00FA169D">
      <w:r>
        <w:rPr>
          <w:b/>
        </w:rPr>
        <w:t>People or organizations to notify:</w:t>
      </w:r>
    </w:p>
    <w:p w14:paraId="64A7398F" w14:textId="77777777" w:rsidR="00EE68EB" w:rsidRDefault="00FA169D">
      <w:r>
        <w:t>Name/organization: __________________________ Phone/email: __________________________</w:t>
      </w:r>
    </w:p>
    <w:p w14:paraId="7E581B0E" w14:textId="77777777" w:rsidR="00EE68EB" w:rsidRDefault="00FA169D">
      <w:r>
        <w:t>Name/organization: __________________________ Phone/email: __________________________</w:t>
      </w:r>
    </w:p>
    <w:p w14:paraId="1512EECF" w14:textId="77777777" w:rsidR="00EE68EB" w:rsidRDefault="00FA169D">
      <w:r>
        <w:lastRenderedPageBreak/>
        <w:t>Name/organization: __________________________ Phone/email: __________________________</w:t>
      </w:r>
    </w:p>
    <w:p w14:paraId="12604575" w14:textId="77777777" w:rsidR="00EE68EB" w:rsidRDefault="00FA169D">
      <w:r>
        <w:t>Name/organization: __________________________ Phone/email: __________________________</w:t>
      </w:r>
    </w:p>
    <w:p w14:paraId="12554D35" w14:textId="77777777" w:rsidR="00EE68EB" w:rsidRDefault="00FA169D">
      <w:r>
        <w:t>Name/organization: __________________________ Phone/email: __________________________</w:t>
      </w:r>
    </w:p>
    <w:p w14:paraId="6D7FAA77" w14:textId="77777777" w:rsidR="00EE68EB" w:rsidRDefault="00FA169D">
      <w:r>
        <w:t>Name/organization: __________________________ Phone/email: __________________________</w:t>
      </w:r>
    </w:p>
    <w:p w14:paraId="55BB8A9E" w14:textId="77777777" w:rsidR="00EE68EB" w:rsidRDefault="00FA169D">
      <w:r>
        <w:t>Name/organization: __________________________ Phone/email: __________________________</w:t>
      </w:r>
    </w:p>
    <w:p w14:paraId="16C1C51D" w14:textId="77777777" w:rsidR="00EE68EB" w:rsidRDefault="00FA169D">
      <w:r>
        <w:t>Name/organization: __________________________ Phone/email: __________________________</w:t>
      </w:r>
    </w:p>
    <w:p w14:paraId="22B3AABA" w14:textId="77777777" w:rsidR="00EE68EB" w:rsidRDefault="00FA169D">
      <w:r>
        <w:rPr>
          <w:b/>
        </w:rPr>
        <w:t>Additional personal wishes or messages to family:</w:t>
      </w:r>
    </w:p>
    <w:p w14:paraId="61A95618" w14:textId="77777777" w:rsidR="00EE68EB" w:rsidRDefault="00FA169D">
      <w:r>
        <w:t>________________________________________________________________________________</w:t>
      </w:r>
    </w:p>
    <w:p w14:paraId="3858BD39" w14:textId="77777777" w:rsidR="00EE68EB" w:rsidRDefault="00FA169D">
      <w:r>
        <w:t>________________________________________________________________________________</w:t>
      </w:r>
    </w:p>
    <w:p w14:paraId="3F5FF9C4" w14:textId="77777777" w:rsidR="00EE68EB" w:rsidRDefault="00FA169D">
      <w:r>
        <w:t>________________________________________________________________________________</w:t>
      </w:r>
    </w:p>
    <w:p w14:paraId="5FFDA7AC" w14:textId="77777777" w:rsidR="00EE68EB" w:rsidRDefault="00FA169D">
      <w:r>
        <w:t>________________________________________________________________________________</w:t>
      </w:r>
    </w:p>
    <w:p w14:paraId="211658AA" w14:textId="77777777" w:rsidR="00EE68EB" w:rsidRDefault="00FA169D">
      <w:r>
        <w:t>________________________________________________________________________________</w:t>
      </w:r>
    </w:p>
    <w:p w14:paraId="715429CD" w14:textId="77777777" w:rsidR="00EE68EB" w:rsidRDefault="00FA169D">
      <w:r>
        <w:t>________________________________________________________________________________</w:t>
      </w:r>
    </w:p>
    <w:p w14:paraId="44D49894" w14:textId="77777777" w:rsidR="00EE68EB" w:rsidRDefault="00FA169D">
      <w:r>
        <w:t>________________________________________________________________________________</w:t>
      </w:r>
    </w:p>
    <w:p w14:paraId="2AEE5064" w14:textId="77777777" w:rsidR="00EE68EB" w:rsidRDefault="00FA169D">
      <w:r>
        <w:t>Signature: ____________________________________    Date: ____________________</w:t>
      </w:r>
    </w:p>
    <w:p w14:paraId="138ED204" w14:textId="77777777" w:rsidR="00EE68EB" w:rsidRDefault="00FA169D">
      <w:r>
        <w:rPr>
          <w:i/>
          <w:sz w:val="16"/>
        </w:rPr>
        <w:br/>
        <w:t>Prepared for a Houston/Harris County, Texas resident. Review with a Texas attorney or funeral professional before signing if legal enforceability is important. Last updated: 14 May 2026.</w:t>
      </w:r>
    </w:p>
    <w:sectPr w:rsidR="00EE68EB"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26776661">
    <w:abstractNumId w:val="8"/>
  </w:num>
  <w:num w:numId="2" w16cid:durableId="1062947890">
    <w:abstractNumId w:val="6"/>
  </w:num>
  <w:num w:numId="3" w16cid:durableId="550072564">
    <w:abstractNumId w:val="5"/>
  </w:num>
  <w:num w:numId="4" w16cid:durableId="1392919516">
    <w:abstractNumId w:val="4"/>
  </w:num>
  <w:num w:numId="5" w16cid:durableId="1470780057">
    <w:abstractNumId w:val="7"/>
  </w:num>
  <w:num w:numId="6" w16cid:durableId="471021064">
    <w:abstractNumId w:val="3"/>
  </w:num>
  <w:num w:numId="7" w16cid:durableId="955019588">
    <w:abstractNumId w:val="2"/>
  </w:num>
  <w:num w:numId="8" w16cid:durableId="275259890">
    <w:abstractNumId w:val="1"/>
  </w:num>
  <w:num w:numId="9" w16cid:durableId="2070304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6EDC"/>
    <w:rsid w:val="0015074B"/>
    <w:rsid w:val="0029639D"/>
    <w:rsid w:val="00326F90"/>
    <w:rsid w:val="004311E3"/>
    <w:rsid w:val="00795ECD"/>
    <w:rsid w:val="00AA1D8D"/>
    <w:rsid w:val="00B47730"/>
    <w:rsid w:val="00CB0664"/>
    <w:rsid w:val="00EE68EB"/>
    <w:rsid w:val="00FA169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0A0BE6"/>
  <w14:defaultImageDpi w14:val="300"/>
  <w15:docId w15:val="{7C3A9DD0-E231-432B-A73B-A57EBE7BD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1651</Words>
  <Characters>9412</Characters>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2026-06-09T01:40:00Z</dcterms:created>
  <dcterms:modified xsi:type="dcterms:W3CDTF">2026-08-21T00:12:00Z</dcterms:modified>
  <cp:category/>
</cp:coreProperties>
</file>