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B29FE" w14:textId="7F0343B1" w:rsidR="00B80F5C" w:rsidRDefault="00A63A23">
      <w:pPr>
        <w:jc w:val="center"/>
      </w:pPr>
      <w:r>
        <w:rPr>
          <w:b/>
          <w:sz w:val="28"/>
        </w:rPr>
        <w:t xml:space="preserve">Family Checklist: Location of Will, Estate Documents, </w:t>
      </w:r>
      <w:r w:rsidR="009E3F98">
        <w:rPr>
          <w:b/>
          <w:sz w:val="28"/>
        </w:rPr>
        <w:br/>
      </w:r>
      <w:r>
        <w:rPr>
          <w:b/>
          <w:sz w:val="28"/>
        </w:rPr>
        <w:t>Accounts, and Key Information</w:t>
      </w:r>
    </w:p>
    <w:p w14:paraId="0F26C6E0" w14:textId="77777777" w:rsidR="00B80F5C" w:rsidRDefault="00A63A23">
      <w:pPr>
        <w:jc w:val="center"/>
      </w:pPr>
      <w:r>
        <w:rPr>
          <w:i/>
          <w:sz w:val="20"/>
        </w:rPr>
        <w:t>For family members, executor, agent, or trusted contact</w:t>
      </w:r>
    </w:p>
    <w:p w14:paraId="5DA82B6E" w14:textId="77777777" w:rsidR="00B80F5C" w:rsidRDefault="00A63A23">
      <w:r>
        <w:rPr>
          <w:b/>
        </w:rPr>
        <w:t xml:space="preserve">Important note: </w:t>
      </w:r>
      <w:r>
        <w:t>This checklist is designed to help your family locate important documents and accounts. Do not include passwords, full Social Security numbers, or sensitive access codes in this document unless it will be stored securely. Consider telling your executor or agent where to find passwords rather than writing them here.</w:t>
      </w:r>
    </w:p>
    <w:p w14:paraId="179713AC" w14:textId="77777777" w:rsidR="00B80F5C" w:rsidRDefault="00A63A23">
      <w:r>
        <w:rPr>
          <w:b/>
        </w:rPr>
        <w:t xml:space="preserve">Owner of this checklist: </w:t>
      </w:r>
      <w:r>
        <w:t>____________________________________    Date updated: ____________________</w:t>
      </w:r>
    </w:p>
    <w:p w14:paraId="19DA78DD" w14:textId="77777777" w:rsidR="00B80F5C" w:rsidRDefault="00B80F5C"/>
    <w:p w14:paraId="6D5B85C8" w14:textId="77777777" w:rsidR="00B80F5C" w:rsidRDefault="00A63A23">
      <w:r>
        <w:rPr>
          <w:b/>
          <w:sz w:val="22"/>
        </w:rPr>
        <w:t>Emergency and Key Contacts</w:t>
      </w:r>
    </w:p>
    <w:tbl>
      <w:tblPr>
        <w:tblStyle w:val="TableGrid"/>
        <w:tblW w:w="0" w:type="auto"/>
        <w:jc w:val="center"/>
        <w:tblLook w:val="04A0" w:firstRow="1" w:lastRow="0" w:firstColumn="1" w:lastColumn="0" w:noHBand="0" w:noVBand="1"/>
      </w:tblPr>
      <w:tblGrid>
        <w:gridCol w:w="2202"/>
        <w:gridCol w:w="3896"/>
        <w:gridCol w:w="3468"/>
        <w:gridCol w:w="648"/>
      </w:tblGrid>
      <w:tr w:rsidR="00B80F5C" w14:paraId="55DE526D" w14:textId="77777777">
        <w:trPr>
          <w:jc w:val="center"/>
        </w:trPr>
        <w:tc>
          <w:tcPr>
            <w:tcW w:w="2232" w:type="dxa"/>
            <w:shd w:val="clear" w:color="auto" w:fill="D9EAF7"/>
            <w:vAlign w:val="center"/>
          </w:tcPr>
          <w:p w14:paraId="6B283F24" w14:textId="77777777" w:rsidR="00B80F5C" w:rsidRDefault="00A63A23">
            <w:r>
              <w:rPr>
                <w:b/>
                <w:sz w:val="17"/>
              </w:rPr>
              <w:t>Item</w:t>
            </w:r>
          </w:p>
        </w:tc>
        <w:tc>
          <w:tcPr>
            <w:tcW w:w="3960" w:type="dxa"/>
            <w:shd w:val="clear" w:color="auto" w:fill="D9EAF7"/>
            <w:vAlign w:val="center"/>
          </w:tcPr>
          <w:p w14:paraId="020B4117" w14:textId="77777777" w:rsidR="00B80F5C" w:rsidRDefault="00A63A23">
            <w:r>
              <w:rPr>
                <w:b/>
                <w:sz w:val="17"/>
              </w:rPr>
              <w:t>What to List / Explain</w:t>
            </w:r>
          </w:p>
        </w:tc>
        <w:tc>
          <w:tcPr>
            <w:tcW w:w="3528" w:type="dxa"/>
            <w:shd w:val="clear" w:color="auto" w:fill="D9EAF7"/>
            <w:vAlign w:val="center"/>
          </w:tcPr>
          <w:p w14:paraId="04CCD052" w14:textId="77777777" w:rsidR="00B80F5C" w:rsidRDefault="00A63A23">
            <w:r>
              <w:rPr>
                <w:b/>
                <w:sz w:val="17"/>
              </w:rPr>
              <w:t>Location / Contact / Notes</w:t>
            </w:r>
          </w:p>
        </w:tc>
        <w:tc>
          <w:tcPr>
            <w:tcW w:w="648" w:type="dxa"/>
            <w:shd w:val="clear" w:color="auto" w:fill="D9EAF7"/>
            <w:vAlign w:val="center"/>
          </w:tcPr>
          <w:p w14:paraId="40609FC6" w14:textId="77777777" w:rsidR="00B80F5C" w:rsidRDefault="00A63A23">
            <w:r>
              <w:rPr>
                <w:b/>
                <w:sz w:val="17"/>
              </w:rPr>
              <w:t>Done</w:t>
            </w:r>
          </w:p>
        </w:tc>
      </w:tr>
      <w:tr w:rsidR="00B80F5C" w14:paraId="447A9D30" w14:textId="77777777">
        <w:trPr>
          <w:jc w:val="center"/>
        </w:trPr>
        <w:tc>
          <w:tcPr>
            <w:tcW w:w="2232" w:type="dxa"/>
          </w:tcPr>
          <w:p w14:paraId="4D0CF28B" w14:textId="77777777" w:rsidR="00B80F5C" w:rsidRDefault="00A63A23">
            <w:r>
              <w:rPr>
                <w:sz w:val="17"/>
              </w:rPr>
              <w:t>Primary family contact</w:t>
            </w:r>
          </w:p>
        </w:tc>
        <w:tc>
          <w:tcPr>
            <w:tcW w:w="3960" w:type="dxa"/>
          </w:tcPr>
          <w:p w14:paraId="04C19B43" w14:textId="77777777" w:rsidR="00B80F5C" w:rsidRDefault="00A63A23">
            <w:r>
              <w:rPr>
                <w:sz w:val="17"/>
              </w:rPr>
              <w:t>Name, relationship, phone, email.</w:t>
            </w:r>
          </w:p>
        </w:tc>
        <w:tc>
          <w:tcPr>
            <w:tcW w:w="3528" w:type="dxa"/>
          </w:tcPr>
          <w:p w14:paraId="126E07E0" w14:textId="77777777" w:rsidR="00B80F5C" w:rsidRDefault="00B80F5C"/>
        </w:tc>
        <w:tc>
          <w:tcPr>
            <w:tcW w:w="648" w:type="dxa"/>
          </w:tcPr>
          <w:p w14:paraId="2230C823" w14:textId="77777777" w:rsidR="00B80F5C" w:rsidRDefault="00A63A23">
            <w:r>
              <w:rPr>
                <w:sz w:val="17"/>
              </w:rPr>
              <w:t>☐</w:t>
            </w:r>
          </w:p>
        </w:tc>
      </w:tr>
      <w:tr w:rsidR="00B80F5C" w14:paraId="5A6124A0" w14:textId="77777777">
        <w:trPr>
          <w:jc w:val="center"/>
        </w:trPr>
        <w:tc>
          <w:tcPr>
            <w:tcW w:w="2232" w:type="dxa"/>
          </w:tcPr>
          <w:p w14:paraId="2EED164D" w14:textId="77777777" w:rsidR="00B80F5C" w:rsidRDefault="00A63A23">
            <w:r>
              <w:rPr>
                <w:sz w:val="17"/>
              </w:rPr>
              <w:t>Executor named in will</w:t>
            </w:r>
          </w:p>
        </w:tc>
        <w:tc>
          <w:tcPr>
            <w:tcW w:w="3960" w:type="dxa"/>
          </w:tcPr>
          <w:p w14:paraId="587D55F9" w14:textId="77777777" w:rsidR="00B80F5C" w:rsidRDefault="00A63A23">
            <w:r>
              <w:rPr>
                <w:sz w:val="17"/>
              </w:rPr>
              <w:t>Name, phone, email, address.</w:t>
            </w:r>
          </w:p>
        </w:tc>
        <w:tc>
          <w:tcPr>
            <w:tcW w:w="3528" w:type="dxa"/>
          </w:tcPr>
          <w:p w14:paraId="5B580EAB" w14:textId="77777777" w:rsidR="00B80F5C" w:rsidRDefault="00B80F5C"/>
        </w:tc>
        <w:tc>
          <w:tcPr>
            <w:tcW w:w="648" w:type="dxa"/>
          </w:tcPr>
          <w:p w14:paraId="5C378E76" w14:textId="77777777" w:rsidR="00B80F5C" w:rsidRDefault="00A63A23">
            <w:r>
              <w:rPr>
                <w:sz w:val="17"/>
              </w:rPr>
              <w:t>☐</w:t>
            </w:r>
          </w:p>
        </w:tc>
      </w:tr>
      <w:tr w:rsidR="00B80F5C" w14:paraId="0769D40E" w14:textId="77777777">
        <w:trPr>
          <w:jc w:val="center"/>
        </w:trPr>
        <w:tc>
          <w:tcPr>
            <w:tcW w:w="2232" w:type="dxa"/>
          </w:tcPr>
          <w:p w14:paraId="5BC6ED35" w14:textId="77777777" w:rsidR="00B80F5C" w:rsidRDefault="00A63A23">
            <w:r>
              <w:rPr>
                <w:sz w:val="17"/>
              </w:rPr>
              <w:t>Backup executor</w:t>
            </w:r>
          </w:p>
        </w:tc>
        <w:tc>
          <w:tcPr>
            <w:tcW w:w="3960" w:type="dxa"/>
          </w:tcPr>
          <w:p w14:paraId="7986F759" w14:textId="77777777" w:rsidR="00B80F5C" w:rsidRDefault="00A63A23">
            <w:r>
              <w:rPr>
                <w:sz w:val="17"/>
              </w:rPr>
              <w:t>Name, phone, email, address.</w:t>
            </w:r>
          </w:p>
        </w:tc>
        <w:tc>
          <w:tcPr>
            <w:tcW w:w="3528" w:type="dxa"/>
          </w:tcPr>
          <w:p w14:paraId="49CBFD27" w14:textId="77777777" w:rsidR="00B80F5C" w:rsidRDefault="00B80F5C"/>
        </w:tc>
        <w:tc>
          <w:tcPr>
            <w:tcW w:w="648" w:type="dxa"/>
          </w:tcPr>
          <w:p w14:paraId="31BBA9B2" w14:textId="77777777" w:rsidR="00B80F5C" w:rsidRDefault="00A63A23">
            <w:r>
              <w:rPr>
                <w:sz w:val="17"/>
              </w:rPr>
              <w:t>☐</w:t>
            </w:r>
          </w:p>
        </w:tc>
      </w:tr>
      <w:tr w:rsidR="00B80F5C" w14:paraId="54766203" w14:textId="77777777">
        <w:trPr>
          <w:jc w:val="center"/>
        </w:trPr>
        <w:tc>
          <w:tcPr>
            <w:tcW w:w="2232" w:type="dxa"/>
          </w:tcPr>
          <w:p w14:paraId="01F8CE05" w14:textId="77777777" w:rsidR="00B80F5C" w:rsidRDefault="00A63A23">
            <w:r>
              <w:rPr>
                <w:sz w:val="17"/>
              </w:rPr>
              <w:t>Financial power of attorney agent</w:t>
            </w:r>
          </w:p>
        </w:tc>
        <w:tc>
          <w:tcPr>
            <w:tcW w:w="3960" w:type="dxa"/>
          </w:tcPr>
          <w:p w14:paraId="41043A62" w14:textId="77777777" w:rsidR="00B80F5C" w:rsidRDefault="00A63A23">
            <w:r>
              <w:rPr>
                <w:sz w:val="17"/>
              </w:rPr>
              <w:t>Name, phone, email.</w:t>
            </w:r>
          </w:p>
        </w:tc>
        <w:tc>
          <w:tcPr>
            <w:tcW w:w="3528" w:type="dxa"/>
          </w:tcPr>
          <w:p w14:paraId="5A408DA8" w14:textId="77777777" w:rsidR="00B80F5C" w:rsidRDefault="00B80F5C"/>
        </w:tc>
        <w:tc>
          <w:tcPr>
            <w:tcW w:w="648" w:type="dxa"/>
          </w:tcPr>
          <w:p w14:paraId="79873E85" w14:textId="77777777" w:rsidR="00B80F5C" w:rsidRDefault="00A63A23">
            <w:r>
              <w:rPr>
                <w:sz w:val="17"/>
              </w:rPr>
              <w:t>☐</w:t>
            </w:r>
          </w:p>
        </w:tc>
      </w:tr>
      <w:tr w:rsidR="00B80F5C" w14:paraId="2952F23F" w14:textId="77777777">
        <w:trPr>
          <w:jc w:val="center"/>
        </w:trPr>
        <w:tc>
          <w:tcPr>
            <w:tcW w:w="2232" w:type="dxa"/>
          </w:tcPr>
          <w:p w14:paraId="5C9AE3EE" w14:textId="77777777" w:rsidR="00B80F5C" w:rsidRDefault="00A63A23">
            <w:r>
              <w:rPr>
                <w:sz w:val="17"/>
              </w:rPr>
              <w:t>Medical power of attorney agent</w:t>
            </w:r>
          </w:p>
        </w:tc>
        <w:tc>
          <w:tcPr>
            <w:tcW w:w="3960" w:type="dxa"/>
          </w:tcPr>
          <w:p w14:paraId="3D270F4E" w14:textId="77777777" w:rsidR="00B80F5C" w:rsidRDefault="00A63A23">
            <w:r>
              <w:rPr>
                <w:sz w:val="17"/>
              </w:rPr>
              <w:t>Name, phone, email.</w:t>
            </w:r>
          </w:p>
        </w:tc>
        <w:tc>
          <w:tcPr>
            <w:tcW w:w="3528" w:type="dxa"/>
          </w:tcPr>
          <w:p w14:paraId="1E83081E" w14:textId="77777777" w:rsidR="00B80F5C" w:rsidRDefault="00B80F5C"/>
        </w:tc>
        <w:tc>
          <w:tcPr>
            <w:tcW w:w="648" w:type="dxa"/>
          </w:tcPr>
          <w:p w14:paraId="23DB2624" w14:textId="77777777" w:rsidR="00B80F5C" w:rsidRDefault="00A63A23">
            <w:r>
              <w:rPr>
                <w:sz w:val="17"/>
              </w:rPr>
              <w:t>☐</w:t>
            </w:r>
          </w:p>
        </w:tc>
      </w:tr>
      <w:tr w:rsidR="00B80F5C" w14:paraId="4F89BDA2" w14:textId="77777777">
        <w:trPr>
          <w:jc w:val="center"/>
        </w:trPr>
        <w:tc>
          <w:tcPr>
            <w:tcW w:w="2232" w:type="dxa"/>
          </w:tcPr>
          <w:p w14:paraId="6E241315" w14:textId="77777777" w:rsidR="00B80F5C" w:rsidRDefault="00A63A23">
            <w:r>
              <w:rPr>
                <w:sz w:val="17"/>
              </w:rPr>
              <w:t>Estate planning attorney</w:t>
            </w:r>
          </w:p>
        </w:tc>
        <w:tc>
          <w:tcPr>
            <w:tcW w:w="3960" w:type="dxa"/>
          </w:tcPr>
          <w:p w14:paraId="78FCEF4E" w14:textId="77777777" w:rsidR="00B80F5C" w:rsidRDefault="00A63A23">
            <w:r>
              <w:rPr>
                <w:sz w:val="17"/>
              </w:rPr>
              <w:t>Firm, lawyer name, phone, email, address.</w:t>
            </w:r>
          </w:p>
        </w:tc>
        <w:tc>
          <w:tcPr>
            <w:tcW w:w="3528" w:type="dxa"/>
          </w:tcPr>
          <w:p w14:paraId="1A758C15" w14:textId="77777777" w:rsidR="00B80F5C" w:rsidRDefault="00B80F5C"/>
        </w:tc>
        <w:tc>
          <w:tcPr>
            <w:tcW w:w="648" w:type="dxa"/>
          </w:tcPr>
          <w:p w14:paraId="2A8BC823" w14:textId="77777777" w:rsidR="00B80F5C" w:rsidRDefault="00A63A23">
            <w:r>
              <w:rPr>
                <w:sz w:val="17"/>
              </w:rPr>
              <w:t>☐</w:t>
            </w:r>
          </w:p>
        </w:tc>
      </w:tr>
      <w:tr w:rsidR="00B80F5C" w14:paraId="6CC822E5" w14:textId="77777777">
        <w:trPr>
          <w:jc w:val="center"/>
        </w:trPr>
        <w:tc>
          <w:tcPr>
            <w:tcW w:w="2232" w:type="dxa"/>
          </w:tcPr>
          <w:p w14:paraId="723CBE4C" w14:textId="77777777" w:rsidR="00B80F5C" w:rsidRDefault="00A63A23">
            <w:r>
              <w:rPr>
                <w:sz w:val="17"/>
              </w:rPr>
              <w:t>CPA / tax preparer</w:t>
            </w:r>
          </w:p>
        </w:tc>
        <w:tc>
          <w:tcPr>
            <w:tcW w:w="3960" w:type="dxa"/>
          </w:tcPr>
          <w:p w14:paraId="1F5D70A2" w14:textId="77777777" w:rsidR="00B80F5C" w:rsidRDefault="00A63A23">
            <w:r>
              <w:rPr>
                <w:sz w:val="17"/>
              </w:rPr>
              <w:t>Name, firm, phone, email.</w:t>
            </w:r>
          </w:p>
        </w:tc>
        <w:tc>
          <w:tcPr>
            <w:tcW w:w="3528" w:type="dxa"/>
          </w:tcPr>
          <w:p w14:paraId="5EB6B69D" w14:textId="77777777" w:rsidR="00B80F5C" w:rsidRDefault="00B80F5C"/>
        </w:tc>
        <w:tc>
          <w:tcPr>
            <w:tcW w:w="648" w:type="dxa"/>
          </w:tcPr>
          <w:p w14:paraId="228894FB" w14:textId="77777777" w:rsidR="00B80F5C" w:rsidRDefault="00A63A23">
            <w:r>
              <w:rPr>
                <w:sz w:val="17"/>
              </w:rPr>
              <w:t>☐</w:t>
            </w:r>
          </w:p>
        </w:tc>
      </w:tr>
      <w:tr w:rsidR="00B80F5C" w14:paraId="3186D9B0" w14:textId="77777777">
        <w:trPr>
          <w:jc w:val="center"/>
        </w:trPr>
        <w:tc>
          <w:tcPr>
            <w:tcW w:w="2232" w:type="dxa"/>
          </w:tcPr>
          <w:p w14:paraId="54EF907E" w14:textId="77777777" w:rsidR="00B80F5C" w:rsidRDefault="00A63A23">
            <w:r>
              <w:rPr>
                <w:sz w:val="17"/>
              </w:rPr>
              <w:t>Financial advisor / broker</w:t>
            </w:r>
          </w:p>
        </w:tc>
        <w:tc>
          <w:tcPr>
            <w:tcW w:w="3960" w:type="dxa"/>
          </w:tcPr>
          <w:p w14:paraId="058721CC" w14:textId="77777777" w:rsidR="00B80F5C" w:rsidRDefault="00A63A23">
            <w:r>
              <w:rPr>
                <w:sz w:val="17"/>
              </w:rPr>
              <w:t>Name, firm, phone, email.</w:t>
            </w:r>
          </w:p>
        </w:tc>
        <w:tc>
          <w:tcPr>
            <w:tcW w:w="3528" w:type="dxa"/>
          </w:tcPr>
          <w:p w14:paraId="2C28316E" w14:textId="77777777" w:rsidR="00B80F5C" w:rsidRDefault="00B80F5C"/>
        </w:tc>
        <w:tc>
          <w:tcPr>
            <w:tcW w:w="648" w:type="dxa"/>
          </w:tcPr>
          <w:p w14:paraId="1CFD03C8" w14:textId="77777777" w:rsidR="00B80F5C" w:rsidRDefault="00A63A23">
            <w:r>
              <w:rPr>
                <w:sz w:val="17"/>
              </w:rPr>
              <w:t>☐</w:t>
            </w:r>
          </w:p>
        </w:tc>
      </w:tr>
      <w:tr w:rsidR="00B80F5C" w14:paraId="11C43E53" w14:textId="77777777">
        <w:trPr>
          <w:jc w:val="center"/>
        </w:trPr>
        <w:tc>
          <w:tcPr>
            <w:tcW w:w="2232" w:type="dxa"/>
          </w:tcPr>
          <w:p w14:paraId="1D59FA19" w14:textId="77777777" w:rsidR="00B80F5C" w:rsidRDefault="00A63A23">
            <w:r>
              <w:rPr>
                <w:sz w:val="17"/>
              </w:rPr>
              <w:t>Insurance agent</w:t>
            </w:r>
          </w:p>
        </w:tc>
        <w:tc>
          <w:tcPr>
            <w:tcW w:w="3960" w:type="dxa"/>
          </w:tcPr>
          <w:p w14:paraId="1FDC5DA9" w14:textId="77777777" w:rsidR="00B80F5C" w:rsidRDefault="00A63A23">
            <w:r>
              <w:rPr>
                <w:sz w:val="17"/>
              </w:rPr>
              <w:t>Name, company, phone, email.</w:t>
            </w:r>
          </w:p>
        </w:tc>
        <w:tc>
          <w:tcPr>
            <w:tcW w:w="3528" w:type="dxa"/>
          </w:tcPr>
          <w:p w14:paraId="6401E84C" w14:textId="77777777" w:rsidR="00B80F5C" w:rsidRDefault="00B80F5C"/>
        </w:tc>
        <w:tc>
          <w:tcPr>
            <w:tcW w:w="648" w:type="dxa"/>
          </w:tcPr>
          <w:p w14:paraId="38398586" w14:textId="77777777" w:rsidR="00B80F5C" w:rsidRDefault="00A63A23">
            <w:r>
              <w:rPr>
                <w:sz w:val="17"/>
              </w:rPr>
              <w:t>☐</w:t>
            </w:r>
          </w:p>
        </w:tc>
      </w:tr>
      <w:tr w:rsidR="00B80F5C" w14:paraId="59B240A1" w14:textId="77777777">
        <w:trPr>
          <w:jc w:val="center"/>
        </w:trPr>
        <w:tc>
          <w:tcPr>
            <w:tcW w:w="2232" w:type="dxa"/>
          </w:tcPr>
          <w:p w14:paraId="3097A50F" w14:textId="77777777" w:rsidR="00B80F5C" w:rsidRDefault="00A63A23">
            <w:r>
              <w:rPr>
                <w:sz w:val="17"/>
              </w:rPr>
              <w:t>Banker / trust officer</w:t>
            </w:r>
          </w:p>
        </w:tc>
        <w:tc>
          <w:tcPr>
            <w:tcW w:w="3960" w:type="dxa"/>
          </w:tcPr>
          <w:p w14:paraId="44A3FF0D" w14:textId="77777777" w:rsidR="00B80F5C" w:rsidRDefault="00A63A23">
            <w:r>
              <w:rPr>
                <w:sz w:val="17"/>
              </w:rPr>
              <w:t>Name, institution, phone, email.</w:t>
            </w:r>
          </w:p>
        </w:tc>
        <w:tc>
          <w:tcPr>
            <w:tcW w:w="3528" w:type="dxa"/>
          </w:tcPr>
          <w:p w14:paraId="627C5DF4" w14:textId="77777777" w:rsidR="00B80F5C" w:rsidRDefault="00B80F5C"/>
        </w:tc>
        <w:tc>
          <w:tcPr>
            <w:tcW w:w="648" w:type="dxa"/>
          </w:tcPr>
          <w:p w14:paraId="582D3760" w14:textId="77777777" w:rsidR="00B80F5C" w:rsidRDefault="00A63A23">
            <w:r>
              <w:rPr>
                <w:sz w:val="17"/>
              </w:rPr>
              <w:t>☐</w:t>
            </w:r>
          </w:p>
        </w:tc>
      </w:tr>
      <w:tr w:rsidR="00B80F5C" w14:paraId="452F074A" w14:textId="77777777">
        <w:trPr>
          <w:jc w:val="center"/>
        </w:trPr>
        <w:tc>
          <w:tcPr>
            <w:tcW w:w="2232" w:type="dxa"/>
          </w:tcPr>
          <w:p w14:paraId="266649C4" w14:textId="77777777" w:rsidR="00B80F5C" w:rsidRDefault="00A63A23">
            <w:r>
              <w:rPr>
                <w:sz w:val="17"/>
              </w:rPr>
              <w:t>Clergy / funeral contact</w:t>
            </w:r>
          </w:p>
        </w:tc>
        <w:tc>
          <w:tcPr>
            <w:tcW w:w="3960" w:type="dxa"/>
          </w:tcPr>
          <w:p w14:paraId="3D289F8C" w14:textId="77777777" w:rsidR="00B80F5C" w:rsidRDefault="00A63A23">
            <w:r>
              <w:rPr>
                <w:sz w:val="17"/>
              </w:rPr>
              <w:t>Name, organization, phone, email.</w:t>
            </w:r>
          </w:p>
        </w:tc>
        <w:tc>
          <w:tcPr>
            <w:tcW w:w="3528" w:type="dxa"/>
          </w:tcPr>
          <w:p w14:paraId="5A7D924D" w14:textId="77777777" w:rsidR="00B80F5C" w:rsidRDefault="00B80F5C"/>
        </w:tc>
        <w:tc>
          <w:tcPr>
            <w:tcW w:w="648" w:type="dxa"/>
          </w:tcPr>
          <w:p w14:paraId="1E628903" w14:textId="77777777" w:rsidR="00B80F5C" w:rsidRDefault="00A63A23">
            <w:r>
              <w:rPr>
                <w:sz w:val="17"/>
              </w:rPr>
              <w:t>☐</w:t>
            </w:r>
          </w:p>
        </w:tc>
      </w:tr>
    </w:tbl>
    <w:p w14:paraId="38377B7F" w14:textId="77777777" w:rsidR="00B80F5C" w:rsidRDefault="00B80F5C"/>
    <w:p w14:paraId="43899A44" w14:textId="77777777" w:rsidR="00B80F5C" w:rsidRDefault="00A63A23">
      <w:r>
        <w:rPr>
          <w:b/>
          <w:sz w:val="22"/>
        </w:rPr>
        <w:t>Estate Planning Documents and Where They Are Kept</w:t>
      </w:r>
    </w:p>
    <w:tbl>
      <w:tblPr>
        <w:tblStyle w:val="TableGrid"/>
        <w:tblW w:w="0" w:type="auto"/>
        <w:jc w:val="center"/>
        <w:tblLook w:val="04A0" w:firstRow="1" w:lastRow="0" w:firstColumn="1" w:lastColumn="0" w:noHBand="0" w:noVBand="1"/>
      </w:tblPr>
      <w:tblGrid>
        <w:gridCol w:w="2207"/>
        <w:gridCol w:w="3894"/>
        <w:gridCol w:w="3465"/>
        <w:gridCol w:w="648"/>
      </w:tblGrid>
      <w:tr w:rsidR="00B80F5C" w14:paraId="7FA32CEC" w14:textId="77777777">
        <w:trPr>
          <w:jc w:val="center"/>
        </w:trPr>
        <w:tc>
          <w:tcPr>
            <w:tcW w:w="2232" w:type="dxa"/>
            <w:shd w:val="clear" w:color="auto" w:fill="D9EAF7"/>
            <w:vAlign w:val="center"/>
          </w:tcPr>
          <w:p w14:paraId="10F00875" w14:textId="77777777" w:rsidR="00B80F5C" w:rsidRDefault="00A63A23">
            <w:r>
              <w:rPr>
                <w:b/>
                <w:sz w:val="17"/>
              </w:rPr>
              <w:t>Item</w:t>
            </w:r>
          </w:p>
        </w:tc>
        <w:tc>
          <w:tcPr>
            <w:tcW w:w="3960" w:type="dxa"/>
            <w:shd w:val="clear" w:color="auto" w:fill="D9EAF7"/>
            <w:vAlign w:val="center"/>
          </w:tcPr>
          <w:p w14:paraId="63813D9A" w14:textId="77777777" w:rsidR="00B80F5C" w:rsidRDefault="00A63A23">
            <w:r>
              <w:rPr>
                <w:b/>
                <w:sz w:val="17"/>
              </w:rPr>
              <w:t>What to List / Explain</w:t>
            </w:r>
          </w:p>
        </w:tc>
        <w:tc>
          <w:tcPr>
            <w:tcW w:w="3528" w:type="dxa"/>
            <w:shd w:val="clear" w:color="auto" w:fill="D9EAF7"/>
            <w:vAlign w:val="center"/>
          </w:tcPr>
          <w:p w14:paraId="702539A0" w14:textId="77777777" w:rsidR="00B80F5C" w:rsidRDefault="00A63A23">
            <w:r>
              <w:rPr>
                <w:b/>
                <w:sz w:val="17"/>
              </w:rPr>
              <w:t>Location / Contact / Notes</w:t>
            </w:r>
          </w:p>
        </w:tc>
        <w:tc>
          <w:tcPr>
            <w:tcW w:w="648" w:type="dxa"/>
            <w:shd w:val="clear" w:color="auto" w:fill="D9EAF7"/>
            <w:vAlign w:val="center"/>
          </w:tcPr>
          <w:p w14:paraId="5F20928E" w14:textId="77777777" w:rsidR="00B80F5C" w:rsidRDefault="00A63A23">
            <w:r>
              <w:rPr>
                <w:b/>
                <w:sz w:val="17"/>
              </w:rPr>
              <w:t>Done</w:t>
            </w:r>
          </w:p>
        </w:tc>
      </w:tr>
      <w:tr w:rsidR="00B80F5C" w14:paraId="3AFB0F86" w14:textId="77777777">
        <w:trPr>
          <w:jc w:val="center"/>
        </w:trPr>
        <w:tc>
          <w:tcPr>
            <w:tcW w:w="2232" w:type="dxa"/>
          </w:tcPr>
          <w:p w14:paraId="31FF43AF" w14:textId="77777777" w:rsidR="00B80F5C" w:rsidRDefault="00A63A23">
            <w:r>
              <w:rPr>
                <w:sz w:val="17"/>
              </w:rPr>
              <w:t>Original last will and testament</w:t>
            </w:r>
          </w:p>
        </w:tc>
        <w:tc>
          <w:tcPr>
            <w:tcW w:w="3960" w:type="dxa"/>
          </w:tcPr>
          <w:p w14:paraId="28D4646C" w14:textId="77777777" w:rsidR="00B80F5C" w:rsidRDefault="00A63A23">
            <w:r>
              <w:rPr>
                <w:sz w:val="17"/>
              </w:rPr>
              <w:t>Exact location: safe, file cabinet, attorney office, safe deposit box, etc.</w:t>
            </w:r>
          </w:p>
        </w:tc>
        <w:tc>
          <w:tcPr>
            <w:tcW w:w="3528" w:type="dxa"/>
          </w:tcPr>
          <w:p w14:paraId="771D4086" w14:textId="77777777" w:rsidR="00B80F5C" w:rsidRDefault="00B80F5C"/>
        </w:tc>
        <w:tc>
          <w:tcPr>
            <w:tcW w:w="648" w:type="dxa"/>
          </w:tcPr>
          <w:p w14:paraId="384144D9" w14:textId="77777777" w:rsidR="00B80F5C" w:rsidRDefault="00A63A23">
            <w:r>
              <w:rPr>
                <w:sz w:val="17"/>
              </w:rPr>
              <w:t>☐</w:t>
            </w:r>
          </w:p>
        </w:tc>
      </w:tr>
      <w:tr w:rsidR="00B80F5C" w14:paraId="55A3942B" w14:textId="77777777">
        <w:trPr>
          <w:jc w:val="center"/>
        </w:trPr>
        <w:tc>
          <w:tcPr>
            <w:tcW w:w="2232" w:type="dxa"/>
          </w:tcPr>
          <w:p w14:paraId="4C8F6796" w14:textId="77777777" w:rsidR="00B80F5C" w:rsidRDefault="00A63A23">
            <w:r>
              <w:rPr>
                <w:sz w:val="17"/>
              </w:rPr>
              <w:t>Copies of will</w:t>
            </w:r>
          </w:p>
        </w:tc>
        <w:tc>
          <w:tcPr>
            <w:tcW w:w="3960" w:type="dxa"/>
          </w:tcPr>
          <w:p w14:paraId="3485D284" w14:textId="77777777" w:rsidR="00B80F5C" w:rsidRDefault="00A63A23">
            <w:r>
              <w:rPr>
                <w:sz w:val="17"/>
              </w:rPr>
              <w:t>Who has copies and where they are stored.</w:t>
            </w:r>
          </w:p>
        </w:tc>
        <w:tc>
          <w:tcPr>
            <w:tcW w:w="3528" w:type="dxa"/>
          </w:tcPr>
          <w:p w14:paraId="0CE9D072" w14:textId="77777777" w:rsidR="00B80F5C" w:rsidRDefault="00B80F5C"/>
        </w:tc>
        <w:tc>
          <w:tcPr>
            <w:tcW w:w="648" w:type="dxa"/>
          </w:tcPr>
          <w:p w14:paraId="00EE6BA0" w14:textId="77777777" w:rsidR="00B80F5C" w:rsidRDefault="00A63A23">
            <w:r>
              <w:rPr>
                <w:sz w:val="17"/>
              </w:rPr>
              <w:t>☐</w:t>
            </w:r>
          </w:p>
        </w:tc>
      </w:tr>
      <w:tr w:rsidR="00B80F5C" w14:paraId="62ECF60A" w14:textId="77777777">
        <w:trPr>
          <w:jc w:val="center"/>
        </w:trPr>
        <w:tc>
          <w:tcPr>
            <w:tcW w:w="2232" w:type="dxa"/>
          </w:tcPr>
          <w:p w14:paraId="7F78148E" w14:textId="77777777" w:rsidR="00B80F5C" w:rsidRDefault="00A63A23">
            <w:r>
              <w:rPr>
                <w:sz w:val="17"/>
              </w:rPr>
              <w:t>Codicils or amendments to will</w:t>
            </w:r>
          </w:p>
        </w:tc>
        <w:tc>
          <w:tcPr>
            <w:tcW w:w="3960" w:type="dxa"/>
          </w:tcPr>
          <w:p w14:paraId="3CB97636" w14:textId="77777777" w:rsidR="00B80F5C" w:rsidRDefault="00A63A23">
            <w:r>
              <w:rPr>
                <w:sz w:val="17"/>
              </w:rPr>
              <w:t>Location of any signed amendments.</w:t>
            </w:r>
          </w:p>
        </w:tc>
        <w:tc>
          <w:tcPr>
            <w:tcW w:w="3528" w:type="dxa"/>
          </w:tcPr>
          <w:p w14:paraId="31F8BB60" w14:textId="77777777" w:rsidR="00B80F5C" w:rsidRDefault="00B80F5C"/>
        </w:tc>
        <w:tc>
          <w:tcPr>
            <w:tcW w:w="648" w:type="dxa"/>
          </w:tcPr>
          <w:p w14:paraId="2E392FD6" w14:textId="77777777" w:rsidR="00B80F5C" w:rsidRDefault="00A63A23">
            <w:r>
              <w:rPr>
                <w:sz w:val="17"/>
              </w:rPr>
              <w:t>☐</w:t>
            </w:r>
          </w:p>
        </w:tc>
      </w:tr>
      <w:tr w:rsidR="00B80F5C" w14:paraId="1E75459D" w14:textId="77777777">
        <w:trPr>
          <w:jc w:val="center"/>
        </w:trPr>
        <w:tc>
          <w:tcPr>
            <w:tcW w:w="2232" w:type="dxa"/>
          </w:tcPr>
          <w:p w14:paraId="37A7BA8B" w14:textId="77777777" w:rsidR="00B80F5C" w:rsidRDefault="00A63A23">
            <w:r>
              <w:rPr>
                <w:sz w:val="17"/>
              </w:rPr>
              <w:t>Revocable living trust</w:t>
            </w:r>
          </w:p>
        </w:tc>
        <w:tc>
          <w:tcPr>
            <w:tcW w:w="3960" w:type="dxa"/>
          </w:tcPr>
          <w:p w14:paraId="38AC4954" w14:textId="77777777" w:rsidR="00B80F5C" w:rsidRDefault="00A63A23">
            <w:r>
              <w:rPr>
                <w:sz w:val="17"/>
              </w:rPr>
              <w:t>Location of trust agreement and amendments, if applicable.</w:t>
            </w:r>
          </w:p>
        </w:tc>
        <w:tc>
          <w:tcPr>
            <w:tcW w:w="3528" w:type="dxa"/>
          </w:tcPr>
          <w:p w14:paraId="4485E565" w14:textId="77777777" w:rsidR="00B80F5C" w:rsidRDefault="00B80F5C"/>
        </w:tc>
        <w:tc>
          <w:tcPr>
            <w:tcW w:w="648" w:type="dxa"/>
          </w:tcPr>
          <w:p w14:paraId="5FBE3146" w14:textId="77777777" w:rsidR="00B80F5C" w:rsidRDefault="00A63A23">
            <w:r>
              <w:rPr>
                <w:sz w:val="17"/>
              </w:rPr>
              <w:t>☐</w:t>
            </w:r>
          </w:p>
        </w:tc>
      </w:tr>
      <w:tr w:rsidR="00B80F5C" w14:paraId="1C198241" w14:textId="77777777">
        <w:trPr>
          <w:jc w:val="center"/>
        </w:trPr>
        <w:tc>
          <w:tcPr>
            <w:tcW w:w="2232" w:type="dxa"/>
          </w:tcPr>
          <w:p w14:paraId="13FC6331" w14:textId="77777777" w:rsidR="00B80F5C" w:rsidRDefault="00A63A23">
            <w:r>
              <w:rPr>
                <w:sz w:val="17"/>
              </w:rPr>
              <w:t>Trust funding documents</w:t>
            </w:r>
          </w:p>
        </w:tc>
        <w:tc>
          <w:tcPr>
            <w:tcW w:w="3960" w:type="dxa"/>
          </w:tcPr>
          <w:p w14:paraId="54760965" w14:textId="77777777" w:rsidR="00B80F5C" w:rsidRDefault="00A63A23">
            <w:r>
              <w:rPr>
                <w:sz w:val="17"/>
              </w:rPr>
              <w:t>Deeds, assignments, account retitling records.</w:t>
            </w:r>
          </w:p>
        </w:tc>
        <w:tc>
          <w:tcPr>
            <w:tcW w:w="3528" w:type="dxa"/>
          </w:tcPr>
          <w:p w14:paraId="4F53432E" w14:textId="77777777" w:rsidR="00B80F5C" w:rsidRDefault="00B80F5C"/>
        </w:tc>
        <w:tc>
          <w:tcPr>
            <w:tcW w:w="648" w:type="dxa"/>
          </w:tcPr>
          <w:p w14:paraId="48450D3C" w14:textId="77777777" w:rsidR="00B80F5C" w:rsidRDefault="00A63A23">
            <w:r>
              <w:rPr>
                <w:sz w:val="17"/>
              </w:rPr>
              <w:t>☐</w:t>
            </w:r>
          </w:p>
        </w:tc>
      </w:tr>
      <w:tr w:rsidR="00B80F5C" w14:paraId="0C5661E0" w14:textId="77777777">
        <w:trPr>
          <w:jc w:val="center"/>
        </w:trPr>
        <w:tc>
          <w:tcPr>
            <w:tcW w:w="2232" w:type="dxa"/>
          </w:tcPr>
          <w:p w14:paraId="19A6A7B8" w14:textId="77777777" w:rsidR="00B80F5C" w:rsidRDefault="00A63A23">
            <w:r>
              <w:rPr>
                <w:sz w:val="17"/>
              </w:rPr>
              <w:t>Medical power of attorney</w:t>
            </w:r>
          </w:p>
        </w:tc>
        <w:tc>
          <w:tcPr>
            <w:tcW w:w="3960" w:type="dxa"/>
          </w:tcPr>
          <w:p w14:paraId="297D08D9" w14:textId="77777777" w:rsidR="00B80F5C" w:rsidRDefault="00A63A23">
            <w:r>
              <w:rPr>
                <w:sz w:val="17"/>
              </w:rPr>
              <w:t>Location of signed document and copies.</w:t>
            </w:r>
          </w:p>
        </w:tc>
        <w:tc>
          <w:tcPr>
            <w:tcW w:w="3528" w:type="dxa"/>
          </w:tcPr>
          <w:p w14:paraId="3CC93FDA" w14:textId="77777777" w:rsidR="00B80F5C" w:rsidRDefault="00B80F5C"/>
        </w:tc>
        <w:tc>
          <w:tcPr>
            <w:tcW w:w="648" w:type="dxa"/>
          </w:tcPr>
          <w:p w14:paraId="0FA371EE" w14:textId="77777777" w:rsidR="00B80F5C" w:rsidRDefault="00A63A23">
            <w:r>
              <w:rPr>
                <w:sz w:val="17"/>
              </w:rPr>
              <w:t>☐</w:t>
            </w:r>
          </w:p>
        </w:tc>
      </w:tr>
      <w:tr w:rsidR="00B80F5C" w14:paraId="26AF95AA" w14:textId="77777777">
        <w:trPr>
          <w:jc w:val="center"/>
        </w:trPr>
        <w:tc>
          <w:tcPr>
            <w:tcW w:w="2232" w:type="dxa"/>
          </w:tcPr>
          <w:p w14:paraId="68F57A81" w14:textId="77777777" w:rsidR="00B80F5C" w:rsidRDefault="00A63A23">
            <w:r>
              <w:rPr>
                <w:sz w:val="17"/>
              </w:rPr>
              <w:t>Directive to physicians / living will</w:t>
            </w:r>
          </w:p>
        </w:tc>
        <w:tc>
          <w:tcPr>
            <w:tcW w:w="3960" w:type="dxa"/>
          </w:tcPr>
          <w:p w14:paraId="2C69A68B" w14:textId="77777777" w:rsidR="00B80F5C" w:rsidRDefault="00A63A23">
            <w:r>
              <w:rPr>
                <w:sz w:val="17"/>
              </w:rPr>
              <w:t>Location of signed document and copies.</w:t>
            </w:r>
          </w:p>
        </w:tc>
        <w:tc>
          <w:tcPr>
            <w:tcW w:w="3528" w:type="dxa"/>
          </w:tcPr>
          <w:p w14:paraId="6C26E9C0" w14:textId="77777777" w:rsidR="00B80F5C" w:rsidRDefault="00B80F5C"/>
        </w:tc>
        <w:tc>
          <w:tcPr>
            <w:tcW w:w="648" w:type="dxa"/>
          </w:tcPr>
          <w:p w14:paraId="2BE260FD" w14:textId="77777777" w:rsidR="00B80F5C" w:rsidRDefault="00A63A23">
            <w:r>
              <w:rPr>
                <w:sz w:val="17"/>
              </w:rPr>
              <w:t>☐</w:t>
            </w:r>
          </w:p>
        </w:tc>
      </w:tr>
      <w:tr w:rsidR="00B80F5C" w14:paraId="0B9E6B59" w14:textId="77777777">
        <w:trPr>
          <w:jc w:val="center"/>
        </w:trPr>
        <w:tc>
          <w:tcPr>
            <w:tcW w:w="2232" w:type="dxa"/>
          </w:tcPr>
          <w:p w14:paraId="390D66BC" w14:textId="77777777" w:rsidR="00B80F5C" w:rsidRDefault="00A63A23">
            <w:r>
              <w:rPr>
                <w:sz w:val="17"/>
              </w:rPr>
              <w:t>HIPAA authorization</w:t>
            </w:r>
          </w:p>
        </w:tc>
        <w:tc>
          <w:tcPr>
            <w:tcW w:w="3960" w:type="dxa"/>
          </w:tcPr>
          <w:p w14:paraId="522B1B2E" w14:textId="77777777" w:rsidR="00B80F5C" w:rsidRDefault="00A63A23">
            <w:r>
              <w:rPr>
                <w:sz w:val="17"/>
              </w:rPr>
              <w:t>Location of signed authorization.</w:t>
            </w:r>
          </w:p>
        </w:tc>
        <w:tc>
          <w:tcPr>
            <w:tcW w:w="3528" w:type="dxa"/>
          </w:tcPr>
          <w:p w14:paraId="5ABE883B" w14:textId="77777777" w:rsidR="00B80F5C" w:rsidRDefault="00B80F5C"/>
        </w:tc>
        <w:tc>
          <w:tcPr>
            <w:tcW w:w="648" w:type="dxa"/>
          </w:tcPr>
          <w:p w14:paraId="5A7D1513" w14:textId="77777777" w:rsidR="00B80F5C" w:rsidRDefault="00A63A23">
            <w:r>
              <w:rPr>
                <w:sz w:val="17"/>
              </w:rPr>
              <w:t>☐</w:t>
            </w:r>
          </w:p>
        </w:tc>
      </w:tr>
      <w:tr w:rsidR="00B80F5C" w14:paraId="2367576F" w14:textId="77777777">
        <w:trPr>
          <w:jc w:val="center"/>
        </w:trPr>
        <w:tc>
          <w:tcPr>
            <w:tcW w:w="2232" w:type="dxa"/>
          </w:tcPr>
          <w:p w14:paraId="5788E8F5" w14:textId="77777777" w:rsidR="00B80F5C" w:rsidRDefault="00A63A23">
            <w:r>
              <w:rPr>
                <w:sz w:val="17"/>
              </w:rPr>
              <w:t>Statutory durable power of attorney</w:t>
            </w:r>
          </w:p>
        </w:tc>
        <w:tc>
          <w:tcPr>
            <w:tcW w:w="3960" w:type="dxa"/>
          </w:tcPr>
          <w:p w14:paraId="3A5DDE9D" w14:textId="77777777" w:rsidR="00B80F5C" w:rsidRDefault="00A63A23">
            <w:r>
              <w:rPr>
                <w:sz w:val="17"/>
              </w:rPr>
              <w:t>Location of financial POA.</w:t>
            </w:r>
          </w:p>
        </w:tc>
        <w:tc>
          <w:tcPr>
            <w:tcW w:w="3528" w:type="dxa"/>
          </w:tcPr>
          <w:p w14:paraId="3E31FE2F" w14:textId="77777777" w:rsidR="00B80F5C" w:rsidRDefault="00B80F5C"/>
        </w:tc>
        <w:tc>
          <w:tcPr>
            <w:tcW w:w="648" w:type="dxa"/>
          </w:tcPr>
          <w:p w14:paraId="1EF1200D" w14:textId="77777777" w:rsidR="00B80F5C" w:rsidRDefault="00A63A23">
            <w:r>
              <w:rPr>
                <w:sz w:val="17"/>
              </w:rPr>
              <w:t>☐</w:t>
            </w:r>
          </w:p>
        </w:tc>
      </w:tr>
      <w:tr w:rsidR="00B80F5C" w14:paraId="310F82C7" w14:textId="77777777">
        <w:trPr>
          <w:jc w:val="center"/>
        </w:trPr>
        <w:tc>
          <w:tcPr>
            <w:tcW w:w="2232" w:type="dxa"/>
          </w:tcPr>
          <w:p w14:paraId="4E920674" w14:textId="77777777" w:rsidR="00B80F5C" w:rsidRDefault="00A63A23">
            <w:r>
              <w:rPr>
                <w:sz w:val="17"/>
              </w:rPr>
              <w:t>Declaration of guardian</w:t>
            </w:r>
          </w:p>
        </w:tc>
        <w:tc>
          <w:tcPr>
            <w:tcW w:w="3960" w:type="dxa"/>
          </w:tcPr>
          <w:p w14:paraId="530E74C5" w14:textId="77777777" w:rsidR="00B80F5C" w:rsidRDefault="00A63A23">
            <w:r>
              <w:rPr>
                <w:sz w:val="17"/>
              </w:rPr>
              <w:t>Location of signed document, if any.</w:t>
            </w:r>
          </w:p>
        </w:tc>
        <w:tc>
          <w:tcPr>
            <w:tcW w:w="3528" w:type="dxa"/>
          </w:tcPr>
          <w:p w14:paraId="6CA2813B" w14:textId="77777777" w:rsidR="00B80F5C" w:rsidRDefault="00B80F5C"/>
        </w:tc>
        <w:tc>
          <w:tcPr>
            <w:tcW w:w="648" w:type="dxa"/>
          </w:tcPr>
          <w:p w14:paraId="3144A234" w14:textId="77777777" w:rsidR="00B80F5C" w:rsidRDefault="00A63A23">
            <w:r>
              <w:rPr>
                <w:sz w:val="17"/>
              </w:rPr>
              <w:t>☐</w:t>
            </w:r>
          </w:p>
        </w:tc>
      </w:tr>
      <w:tr w:rsidR="00B80F5C" w14:paraId="0D71B914" w14:textId="77777777">
        <w:trPr>
          <w:jc w:val="center"/>
        </w:trPr>
        <w:tc>
          <w:tcPr>
            <w:tcW w:w="2232" w:type="dxa"/>
          </w:tcPr>
          <w:p w14:paraId="3B18D69F" w14:textId="77777777" w:rsidR="00B80F5C" w:rsidRDefault="00A63A23">
            <w:r>
              <w:rPr>
                <w:sz w:val="17"/>
              </w:rPr>
              <w:t>Disposition of remains / funeral instructions</w:t>
            </w:r>
          </w:p>
        </w:tc>
        <w:tc>
          <w:tcPr>
            <w:tcW w:w="3960" w:type="dxa"/>
          </w:tcPr>
          <w:p w14:paraId="42EE72CB" w14:textId="77777777" w:rsidR="00B80F5C" w:rsidRDefault="00A63A23">
            <w:r>
              <w:rPr>
                <w:sz w:val="17"/>
              </w:rPr>
              <w:t>Location of instructions and any prepaid plan.</w:t>
            </w:r>
          </w:p>
        </w:tc>
        <w:tc>
          <w:tcPr>
            <w:tcW w:w="3528" w:type="dxa"/>
          </w:tcPr>
          <w:p w14:paraId="50B6B834" w14:textId="77777777" w:rsidR="00B80F5C" w:rsidRDefault="00B80F5C"/>
        </w:tc>
        <w:tc>
          <w:tcPr>
            <w:tcW w:w="648" w:type="dxa"/>
          </w:tcPr>
          <w:p w14:paraId="0CC5704C" w14:textId="77777777" w:rsidR="00B80F5C" w:rsidRDefault="00A63A23">
            <w:r>
              <w:rPr>
                <w:sz w:val="17"/>
              </w:rPr>
              <w:t>☐</w:t>
            </w:r>
          </w:p>
        </w:tc>
      </w:tr>
      <w:tr w:rsidR="00B80F5C" w14:paraId="62268CDE" w14:textId="77777777">
        <w:trPr>
          <w:jc w:val="center"/>
        </w:trPr>
        <w:tc>
          <w:tcPr>
            <w:tcW w:w="2232" w:type="dxa"/>
          </w:tcPr>
          <w:p w14:paraId="5ED5E0D9" w14:textId="77777777" w:rsidR="00B80F5C" w:rsidRDefault="00A63A23">
            <w:r>
              <w:rPr>
                <w:sz w:val="17"/>
              </w:rPr>
              <w:t>Transfer on death deed</w:t>
            </w:r>
          </w:p>
        </w:tc>
        <w:tc>
          <w:tcPr>
            <w:tcW w:w="3960" w:type="dxa"/>
          </w:tcPr>
          <w:p w14:paraId="4E1FC198" w14:textId="77777777" w:rsidR="00B80F5C" w:rsidRDefault="00A63A23">
            <w:r>
              <w:rPr>
                <w:sz w:val="17"/>
              </w:rPr>
              <w:t>Property address and recording information, if applicable.</w:t>
            </w:r>
          </w:p>
        </w:tc>
        <w:tc>
          <w:tcPr>
            <w:tcW w:w="3528" w:type="dxa"/>
          </w:tcPr>
          <w:p w14:paraId="3352B91D" w14:textId="77777777" w:rsidR="00B80F5C" w:rsidRDefault="00B80F5C"/>
        </w:tc>
        <w:tc>
          <w:tcPr>
            <w:tcW w:w="648" w:type="dxa"/>
          </w:tcPr>
          <w:p w14:paraId="07945FA9" w14:textId="77777777" w:rsidR="00B80F5C" w:rsidRDefault="00A63A23">
            <w:r>
              <w:rPr>
                <w:sz w:val="17"/>
              </w:rPr>
              <w:t>☐</w:t>
            </w:r>
          </w:p>
        </w:tc>
      </w:tr>
      <w:tr w:rsidR="00B80F5C" w14:paraId="1B1C3A9B" w14:textId="77777777">
        <w:trPr>
          <w:jc w:val="center"/>
        </w:trPr>
        <w:tc>
          <w:tcPr>
            <w:tcW w:w="2232" w:type="dxa"/>
          </w:tcPr>
          <w:p w14:paraId="7BF6FC82" w14:textId="77777777" w:rsidR="00B80F5C" w:rsidRDefault="00A63A23">
            <w:r>
              <w:rPr>
                <w:sz w:val="17"/>
              </w:rPr>
              <w:t>Beneficiary designation records</w:t>
            </w:r>
          </w:p>
        </w:tc>
        <w:tc>
          <w:tcPr>
            <w:tcW w:w="3960" w:type="dxa"/>
          </w:tcPr>
          <w:p w14:paraId="4D41FB97" w14:textId="77777777" w:rsidR="00B80F5C" w:rsidRDefault="00A63A23">
            <w:r>
              <w:rPr>
                <w:sz w:val="17"/>
              </w:rPr>
              <w:t>Location of copies for life insurance, retirement, bank, and brokerage accounts.</w:t>
            </w:r>
          </w:p>
        </w:tc>
        <w:tc>
          <w:tcPr>
            <w:tcW w:w="3528" w:type="dxa"/>
          </w:tcPr>
          <w:p w14:paraId="775DAD23" w14:textId="77777777" w:rsidR="00B80F5C" w:rsidRDefault="00B80F5C"/>
        </w:tc>
        <w:tc>
          <w:tcPr>
            <w:tcW w:w="648" w:type="dxa"/>
          </w:tcPr>
          <w:p w14:paraId="5FC81D63" w14:textId="77777777" w:rsidR="00B80F5C" w:rsidRDefault="00A63A23">
            <w:r>
              <w:rPr>
                <w:sz w:val="17"/>
              </w:rPr>
              <w:t>☐</w:t>
            </w:r>
          </w:p>
        </w:tc>
      </w:tr>
    </w:tbl>
    <w:p w14:paraId="71CBAD25" w14:textId="77777777" w:rsidR="00591A26" w:rsidRDefault="00591A26">
      <w:pPr>
        <w:rPr>
          <w:b/>
          <w:sz w:val="22"/>
        </w:rPr>
      </w:pPr>
    </w:p>
    <w:p w14:paraId="7C785C10" w14:textId="77777777" w:rsidR="00591A26" w:rsidRDefault="00591A26">
      <w:pPr>
        <w:rPr>
          <w:b/>
          <w:sz w:val="22"/>
        </w:rPr>
      </w:pPr>
    </w:p>
    <w:p w14:paraId="74244A8A" w14:textId="77777777" w:rsidR="00591A26" w:rsidRDefault="00591A26">
      <w:pPr>
        <w:rPr>
          <w:b/>
          <w:sz w:val="22"/>
        </w:rPr>
      </w:pPr>
    </w:p>
    <w:p w14:paraId="333929FE" w14:textId="3070D83C" w:rsidR="00B80F5C" w:rsidRDefault="00A63A23">
      <w:r>
        <w:rPr>
          <w:b/>
          <w:sz w:val="22"/>
        </w:rPr>
        <w:lastRenderedPageBreak/>
        <w:t>Secure Storage and Access Information</w:t>
      </w:r>
    </w:p>
    <w:tbl>
      <w:tblPr>
        <w:tblStyle w:val="TableGrid"/>
        <w:tblW w:w="0" w:type="auto"/>
        <w:jc w:val="center"/>
        <w:tblLook w:val="04A0" w:firstRow="1" w:lastRow="0" w:firstColumn="1" w:lastColumn="0" w:noHBand="0" w:noVBand="1"/>
      </w:tblPr>
      <w:tblGrid>
        <w:gridCol w:w="2202"/>
        <w:gridCol w:w="3899"/>
        <w:gridCol w:w="3465"/>
        <w:gridCol w:w="648"/>
      </w:tblGrid>
      <w:tr w:rsidR="00B80F5C" w14:paraId="37409E76" w14:textId="77777777">
        <w:trPr>
          <w:jc w:val="center"/>
        </w:trPr>
        <w:tc>
          <w:tcPr>
            <w:tcW w:w="2232" w:type="dxa"/>
            <w:shd w:val="clear" w:color="auto" w:fill="D9EAF7"/>
            <w:vAlign w:val="center"/>
          </w:tcPr>
          <w:p w14:paraId="330CCC7E" w14:textId="77777777" w:rsidR="00B80F5C" w:rsidRDefault="00A63A23">
            <w:r>
              <w:rPr>
                <w:b/>
                <w:sz w:val="17"/>
              </w:rPr>
              <w:t>Item</w:t>
            </w:r>
          </w:p>
        </w:tc>
        <w:tc>
          <w:tcPr>
            <w:tcW w:w="3960" w:type="dxa"/>
            <w:shd w:val="clear" w:color="auto" w:fill="D9EAF7"/>
            <w:vAlign w:val="center"/>
          </w:tcPr>
          <w:p w14:paraId="0D0DC1BD" w14:textId="77777777" w:rsidR="00B80F5C" w:rsidRDefault="00A63A23">
            <w:r>
              <w:rPr>
                <w:b/>
                <w:sz w:val="17"/>
              </w:rPr>
              <w:t>What to List / Explain</w:t>
            </w:r>
          </w:p>
        </w:tc>
        <w:tc>
          <w:tcPr>
            <w:tcW w:w="3528" w:type="dxa"/>
            <w:shd w:val="clear" w:color="auto" w:fill="D9EAF7"/>
            <w:vAlign w:val="center"/>
          </w:tcPr>
          <w:p w14:paraId="63CE1978" w14:textId="77777777" w:rsidR="00B80F5C" w:rsidRDefault="00A63A23">
            <w:r>
              <w:rPr>
                <w:b/>
                <w:sz w:val="17"/>
              </w:rPr>
              <w:t>Location / Contact / Notes</w:t>
            </w:r>
          </w:p>
        </w:tc>
        <w:tc>
          <w:tcPr>
            <w:tcW w:w="648" w:type="dxa"/>
            <w:shd w:val="clear" w:color="auto" w:fill="D9EAF7"/>
            <w:vAlign w:val="center"/>
          </w:tcPr>
          <w:p w14:paraId="74B3F811" w14:textId="77777777" w:rsidR="00B80F5C" w:rsidRDefault="00A63A23">
            <w:r>
              <w:rPr>
                <w:b/>
                <w:sz w:val="17"/>
              </w:rPr>
              <w:t>Done</w:t>
            </w:r>
          </w:p>
        </w:tc>
      </w:tr>
      <w:tr w:rsidR="00B80F5C" w14:paraId="004D9925" w14:textId="77777777">
        <w:trPr>
          <w:jc w:val="center"/>
        </w:trPr>
        <w:tc>
          <w:tcPr>
            <w:tcW w:w="2232" w:type="dxa"/>
          </w:tcPr>
          <w:p w14:paraId="450BD920" w14:textId="77777777" w:rsidR="00B80F5C" w:rsidRDefault="00A63A23">
            <w:r>
              <w:rPr>
                <w:sz w:val="17"/>
              </w:rPr>
              <w:t>Home safe</w:t>
            </w:r>
          </w:p>
        </w:tc>
        <w:tc>
          <w:tcPr>
            <w:tcW w:w="3960" w:type="dxa"/>
          </w:tcPr>
          <w:p w14:paraId="72958CAB" w14:textId="77777777" w:rsidR="00B80F5C" w:rsidRDefault="00A63A23">
            <w:r>
              <w:rPr>
                <w:sz w:val="17"/>
              </w:rPr>
              <w:t>Location, who knows combination/key location. Do not write combination here unless secure.</w:t>
            </w:r>
          </w:p>
        </w:tc>
        <w:tc>
          <w:tcPr>
            <w:tcW w:w="3528" w:type="dxa"/>
          </w:tcPr>
          <w:p w14:paraId="6E427979" w14:textId="77777777" w:rsidR="00B80F5C" w:rsidRDefault="00B80F5C"/>
        </w:tc>
        <w:tc>
          <w:tcPr>
            <w:tcW w:w="648" w:type="dxa"/>
          </w:tcPr>
          <w:p w14:paraId="073B12D1" w14:textId="77777777" w:rsidR="00B80F5C" w:rsidRDefault="00A63A23">
            <w:r>
              <w:rPr>
                <w:sz w:val="17"/>
              </w:rPr>
              <w:t>☐</w:t>
            </w:r>
          </w:p>
        </w:tc>
      </w:tr>
      <w:tr w:rsidR="00B80F5C" w14:paraId="3238C035" w14:textId="77777777">
        <w:trPr>
          <w:jc w:val="center"/>
        </w:trPr>
        <w:tc>
          <w:tcPr>
            <w:tcW w:w="2232" w:type="dxa"/>
          </w:tcPr>
          <w:p w14:paraId="3BF8E347" w14:textId="77777777" w:rsidR="00B80F5C" w:rsidRDefault="00A63A23">
            <w:r>
              <w:rPr>
                <w:sz w:val="17"/>
              </w:rPr>
              <w:t>Safe deposit box</w:t>
            </w:r>
          </w:p>
        </w:tc>
        <w:tc>
          <w:tcPr>
            <w:tcW w:w="3960" w:type="dxa"/>
          </w:tcPr>
          <w:p w14:paraId="5633F588" w14:textId="77777777" w:rsidR="00B80F5C" w:rsidRDefault="00A63A23">
            <w:r>
              <w:rPr>
                <w:sz w:val="17"/>
              </w:rPr>
              <w:t>Bank name, branch, box number, key location, authorized signers.</w:t>
            </w:r>
          </w:p>
        </w:tc>
        <w:tc>
          <w:tcPr>
            <w:tcW w:w="3528" w:type="dxa"/>
          </w:tcPr>
          <w:p w14:paraId="225F495C" w14:textId="77777777" w:rsidR="00B80F5C" w:rsidRDefault="00B80F5C"/>
        </w:tc>
        <w:tc>
          <w:tcPr>
            <w:tcW w:w="648" w:type="dxa"/>
          </w:tcPr>
          <w:p w14:paraId="3C8E17ED" w14:textId="77777777" w:rsidR="00B80F5C" w:rsidRDefault="00A63A23">
            <w:r>
              <w:rPr>
                <w:sz w:val="17"/>
              </w:rPr>
              <w:t>☐</w:t>
            </w:r>
          </w:p>
        </w:tc>
      </w:tr>
      <w:tr w:rsidR="00B80F5C" w14:paraId="158EC51F" w14:textId="77777777">
        <w:trPr>
          <w:jc w:val="center"/>
        </w:trPr>
        <w:tc>
          <w:tcPr>
            <w:tcW w:w="2232" w:type="dxa"/>
          </w:tcPr>
          <w:p w14:paraId="46327451" w14:textId="77777777" w:rsidR="00B80F5C" w:rsidRDefault="00A63A23">
            <w:r>
              <w:rPr>
                <w:sz w:val="17"/>
              </w:rPr>
              <w:t>Locked file cabinet</w:t>
            </w:r>
          </w:p>
        </w:tc>
        <w:tc>
          <w:tcPr>
            <w:tcW w:w="3960" w:type="dxa"/>
          </w:tcPr>
          <w:p w14:paraId="18A510B5" w14:textId="77777777" w:rsidR="00B80F5C" w:rsidRDefault="00A63A23">
            <w:r>
              <w:rPr>
                <w:sz w:val="17"/>
              </w:rPr>
              <w:t>Location and key location.</w:t>
            </w:r>
          </w:p>
        </w:tc>
        <w:tc>
          <w:tcPr>
            <w:tcW w:w="3528" w:type="dxa"/>
          </w:tcPr>
          <w:p w14:paraId="0F7EBBF6" w14:textId="77777777" w:rsidR="00B80F5C" w:rsidRDefault="00B80F5C"/>
        </w:tc>
        <w:tc>
          <w:tcPr>
            <w:tcW w:w="648" w:type="dxa"/>
          </w:tcPr>
          <w:p w14:paraId="0BFD756E" w14:textId="77777777" w:rsidR="00B80F5C" w:rsidRDefault="00A63A23">
            <w:r>
              <w:rPr>
                <w:sz w:val="17"/>
              </w:rPr>
              <w:t>☐</w:t>
            </w:r>
          </w:p>
        </w:tc>
      </w:tr>
      <w:tr w:rsidR="00B80F5C" w14:paraId="0667AEF3" w14:textId="77777777">
        <w:trPr>
          <w:jc w:val="center"/>
        </w:trPr>
        <w:tc>
          <w:tcPr>
            <w:tcW w:w="2232" w:type="dxa"/>
          </w:tcPr>
          <w:p w14:paraId="212CE6AB" w14:textId="77777777" w:rsidR="00B80F5C" w:rsidRDefault="00A63A23">
            <w:r>
              <w:rPr>
                <w:sz w:val="17"/>
              </w:rPr>
              <w:t>Attorney document storage</w:t>
            </w:r>
          </w:p>
        </w:tc>
        <w:tc>
          <w:tcPr>
            <w:tcW w:w="3960" w:type="dxa"/>
          </w:tcPr>
          <w:p w14:paraId="5299EEA2" w14:textId="77777777" w:rsidR="00B80F5C" w:rsidRDefault="00A63A23">
            <w:r>
              <w:rPr>
                <w:sz w:val="17"/>
              </w:rPr>
              <w:t>Attorney or firm holding originals, contact details.</w:t>
            </w:r>
          </w:p>
        </w:tc>
        <w:tc>
          <w:tcPr>
            <w:tcW w:w="3528" w:type="dxa"/>
          </w:tcPr>
          <w:p w14:paraId="7664A5C0" w14:textId="77777777" w:rsidR="00B80F5C" w:rsidRDefault="00B80F5C"/>
        </w:tc>
        <w:tc>
          <w:tcPr>
            <w:tcW w:w="648" w:type="dxa"/>
          </w:tcPr>
          <w:p w14:paraId="0E379BFB" w14:textId="77777777" w:rsidR="00B80F5C" w:rsidRDefault="00A63A23">
            <w:r>
              <w:rPr>
                <w:sz w:val="17"/>
              </w:rPr>
              <w:t>☐</w:t>
            </w:r>
          </w:p>
        </w:tc>
      </w:tr>
      <w:tr w:rsidR="00B80F5C" w14:paraId="03E63161" w14:textId="77777777">
        <w:trPr>
          <w:jc w:val="center"/>
        </w:trPr>
        <w:tc>
          <w:tcPr>
            <w:tcW w:w="2232" w:type="dxa"/>
          </w:tcPr>
          <w:p w14:paraId="52AF4DAF" w14:textId="77777777" w:rsidR="00B80F5C" w:rsidRDefault="00A63A23">
            <w:r>
              <w:rPr>
                <w:sz w:val="17"/>
              </w:rPr>
              <w:t>Digital storage folder</w:t>
            </w:r>
          </w:p>
        </w:tc>
        <w:tc>
          <w:tcPr>
            <w:tcW w:w="3960" w:type="dxa"/>
          </w:tcPr>
          <w:p w14:paraId="2A440F43" w14:textId="77777777" w:rsidR="00B80F5C" w:rsidRDefault="00A63A23">
            <w:r>
              <w:rPr>
                <w:sz w:val="17"/>
              </w:rPr>
              <w:t>Computer/cloud location of scanned documents.</w:t>
            </w:r>
          </w:p>
        </w:tc>
        <w:tc>
          <w:tcPr>
            <w:tcW w:w="3528" w:type="dxa"/>
          </w:tcPr>
          <w:p w14:paraId="100A4B45" w14:textId="77777777" w:rsidR="00B80F5C" w:rsidRDefault="00B80F5C"/>
        </w:tc>
        <w:tc>
          <w:tcPr>
            <w:tcW w:w="648" w:type="dxa"/>
          </w:tcPr>
          <w:p w14:paraId="75F645F1" w14:textId="77777777" w:rsidR="00B80F5C" w:rsidRDefault="00A63A23">
            <w:r>
              <w:rPr>
                <w:sz w:val="17"/>
              </w:rPr>
              <w:t>☐</w:t>
            </w:r>
          </w:p>
        </w:tc>
      </w:tr>
      <w:tr w:rsidR="00B80F5C" w14:paraId="3F35CE25" w14:textId="77777777">
        <w:trPr>
          <w:jc w:val="center"/>
        </w:trPr>
        <w:tc>
          <w:tcPr>
            <w:tcW w:w="2232" w:type="dxa"/>
          </w:tcPr>
          <w:p w14:paraId="31010F69" w14:textId="77777777" w:rsidR="00B80F5C" w:rsidRDefault="00A63A23">
            <w:r>
              <w:rPr>
                <w:sz w:val="17"/>
              </w:rPr>
              <w:t>Password manager</w:t>
            </w:r>
          </w:p>
        </w:tc>
        <w:tc>
          <w:tcPr>
            <w:tcW w:w="3960" w:type="dxa"/>
          </w:tcPr>
          <w:p w14:paraId="10B8F954" w14:textId="77777777" w:rsidR="00B80F5C" w:rsidRDefault="00A63A23">
            <w:r>
              <w:rPr>
                <w:sz w:val="17"/>
              </w:rPr>
              <w:t>Name of service and emergency access instructions; do not list master password here.</w:t>
            </w:r>
          </w:p>
        </w:tc>
        <w:tc>
          <w:tcPr>
            <w:tcW w:w="3528" w:type="dxa"/>
          </w:tcPr>
          <w:p w14:paraId="2341B840" w14:textId="77777777" w:rsidR="00B80F5C" w:rsidRDefault="00B80F5C"/>
        </w:tc>
        <w:tc>
          <w:tcPr>
            <w:tcW w:w="648" w:type="dxa"/>
          </w:tcPr>
          <w:p w14:paraId="2B463396" w14:textId="77777777" w:rsidR="00B80F5C" w:rsidRDefault="00A63A23">
            <w:r>
              <w:rPr>
                <w:sz w:val="17"/>
              </w:rPr>
              <w:t>☐</w:t>
            </w:r>
          </w:p>
        </w:tc>
      </w:tr>
      <w:tr w:rsidR="00B80F5C" w14:paraId="51C26F29" w14:textId="77777777">
        <w:trPr>
          <w:jc w:val="center"/>
        </w:trPr>
        <w:tc>
          <w:tcPr>
            <w:tcW w:w="2232" w:type="dxa"/>
          </w:tcPr>
          <w:p w14:paraId="0E323451" w14:textId="77777777" w:rsidR="00B80F5C" w:rsidRDefault="00A63A23">
            <w:r>
              <w:rPr>
                <w:sz w:val="17"/>
              </w:rPr>
              <w:t>Important keys</w:t>
            </w:r>
          </w:p>
        </w:tc>
        <w:tc>
          <w:tcPr>
            <w:tcW w:w="3960" w:type="dxa"/>
          </w:tcPr>
          <w:p w14:paraId="370DB6DB" w14:textId="77777777" w:rsidR="00B80F5C" w:rsidRDefault="00A63A23">
            <w:r>
              <w:rPr>
                <w:sz w:val="17"/>
              </w:rPr>
              <w:t>House, car, safe, storage unit, mailbox, office, safe deposit box.</w:t>
            </w:r>
          </w:p>
        </w:tc>
        <w:tc>
          <w:tcPr>
            <w:tcW w:w="3528" w:type="dxa"/>
          </w:tcPr>
          <w:p w14:paraId="242CC893" w14:textId="77777777" w:rsidR="00B80F5C" w:rsidRDefault="00B80F5C"/>
        </w:tc>
        <w:tc>
          <w:tcPr>
            <w:tcW w:w="648" w:type="dxa"/>
          </w:tcPr>
          <w:p w14:paraId="65178126" w14:textId="77777777" w:rsidR="00B80F5C" w:rsidRDefault="00A63A23">
            <w:r>
              <w:rPr>
                <w:sz w:val="17"/>
              </w:rPr>
              <w:t>☐</w:t>
            </w:r>
          </w:p>
        </w:tc>
      </w:tr>
    </w:tbl>
    <w:p w14:paraId="2B2F685D" w14:textId="77777777" w:rsidR="00B80F5C" w:rsidRDefault="00B80F5C"/>
    <w:p w14:paraId="54C383E9" w14:textId="77777777" w:rsidR="00B80F5C" w:rsidRDefault="00A63A23">
      <w:r>
        <w:rPr>
          <w:b/>
          <w:sz w:val="22"/>
        </w:rPr>
        <w:t>Banking and Cash Accounts</w:t>
      </w:r>
    </w:p>
    <w:tbl>
      <w:tblPr>
        <w:tblStyle w:val="TableGrid"/>
        <w:tblW w:w="0" w:type="auto"/>
        <w:jc w:val="center"/>
        <w:tblLook w:val="04A0" w:firstRow="1" w:lastRow="0" w:firstColumn="1" w:lastColumn="0" w:noHBand="0" w:noVBand="1"/>
      </w:tblPr>
      <w:tblGrid>
        <w:gridCol w:w="2204"/>
        <w:gridCol w:w="3897"/>
        <w:gridCol w:w="3465"/>
        <w:gridCol w:w="648"/>
      </w:tblGrid>
      <w:tr w:rsidR="00B80F5C" w14:paraId="2B8E462F" w14:textId="77777777">
        <w:trPr>
          <w:jc w:val="center"/>
        </w:trPr>
        <w:tc>
          <w:tcPr>
            <w:tcW w:w="2232" w:type="dxa"/>
            <w:shd w:val="clear" w:color="auto" w:fill="D9EAF7"/>
            <w:vAlign w:val="center"/>
          </w:tcPr>
          <w:p w14:paraId="6BA87076" w14:textId="77777777" w:rsidR="00B80F5C" w:rsidRDefault="00A63A23">
            <w:r>
              <w:rPr>
                <w:b/>
                <w:sz w:val="17"/>
              </w:rPr>
              <w:t>Item</w:t>
            </w:r>
          </w:p>
        </w:tc>
        <w:tc>
          <w:tcPr>
            <w:tcW w:w="3960" w:type="dxa"/>
            <w:shd w:val="clear" w:color="auto" w:fill="D9EAF7"/>
            <w:vAlign w:val="center"/>
          </w:tcPr>
          <w:p w14:paraId="37EF5182" w14:textId="77777777" w:rsidR="00B80F5C" w:rsidRDefault="00A63A23">
            <w:r>
              <w:rPr>
                <w:b/>
                <w:sz w:val="17"/>
              </w:rPr>
              <w:t>What to List / Explain</w:t>
            </w:r>
          </w:p>
        </w:tc>
        <w:tc>
          <w:tcPr>
            <w:tcW w:w="3528" w:type="dxa"/>
            <w:shd w:val="clear" w:color="auto" w:fill="D9EAF7"/>
            <w:vAlign w:val="center"/>
          </w:tcPr>
          <w:p w14:paraId="7316BEC4" w14:textId="77777777" w:rsidR="00B80F5C" w:rsidRDefault="00A63A23">
            <w:r>
              <w:rPr>
                <w:b/>
                <w:sz w:val="17"/>
              </w:rPr>
              <w:t>Location / Contact / Notes</w:t>
            </w:r>
          </w:p>
        </w:tc>
        <w:tc>
          <w:tcPr>
            <w:tcW w:w="648" w:type="dxa"/>
            <w:shd w:val="clear" w:color="auto" w:fill="D9EAF7"/>
            <w:vAlign w:val="center"/>
          </w:tcPr>
          <w:p w14:paraId="4AA15D8A" w14:textId="77777777" w:rsidR="00B80F5C" w:rsidRDefault="00A63A23">
            <w:r>
              <w:rPr>
                <w:b/>
                <w:sz w:val="17"/>
              </w:rPr>
              <w:t>Done</w:t>
            </w:r>
          </w:p>
        </w:tc>
      </w:tr>
      <w:tr w:rsidR="00B80F5C" w14:paraId="3C4C2512" w14:textId="77777777">
        <w:trPr>
          <w:jc w:val="center"/>
        </w:trPr>
        <w:tc>
          <w:tcPr>
            <w:tcW w:w="2232" w:type="dxa"/>
          </w:tcPr>
          <w:p w14:paraId="0C2744C1" w14:textId="77777777" w:rsidR="00B80F5C" w:rsidRDefault="00A63A23">
            <w:r>
              <w:rPr>
                <w:sz w:val="17"/>
              </w:rPr>
              <w:t>Checking account</w:t>
            </w:r>
          </w:p>
        </w:tc>
        <w:tc>
          <w:tcPr>
            <w:tcW w:w="3960" w:type="dxa"/>
          </w:tcPr>
          <w:p w14:paraId="5985651F" w14:textId="77777777" w:rsidR="00B80F5C" w:rsidRDefault="00A63A23">
            <w:r>
              <w:rPr>
                <w:sz w:val="17"/>
              </w:rPr>
              <w:t>Bank name, approximate branch/contact, last 4 digits only, joint owner/POD beneficiary.</w:t>
            </w:r>
          </w:p>
        </w:tc>
        <w:tc>
          <w:tcPr>
            <w:tcW w:w="3528" w:type="dxa"/>
          </w:tcPr>
          <w:p w14:paraId="6D853B43" w14:textId="77777777" w:rsidR="00B80F5C" w:rsidRDefault="00B80F5C"/>
        </w:tc>
        <w:tc>
          <w:tcPr>
            <w:tcW w:w="648" w:type="dxa"/>
          </w:tcPr>
          <w:p w14:paraId="2B3F73D9" w14:textId="77777777" w:rsidR="00B80F5C" w:rsidRDefault="00A63A23">
            <w:r>
              <w:rPr>
                <w:sz w:val="17"/>
              </w:rPr>
              <w:t>☐</w:t>
            </w:r>
          </w:p>
        </w:tc>
      </w:tr>
      <w:tr w:rsidR="00B80F5C" w14:paraId="1F3B0DFD" w14:textId="77777777">
        <w:trPr>
          <w:jc w:val="center"/>
        </w:trPr>
        <w:tc>
          <w:tcPr>
            <w:tcW w:w="2232" w:type="dxa"/>
          </w:tcPr>
          <w:p w14:paraId="50370A31" w14:textId="77777777" w:rsidR="00B80F5C" w:rsidRDefault="00A63A23">
            <w:r>
              <w:rPr>
                <w:sz w:val="17"/>
              </w:rPr>
              <w:t>Savings account</w:t>
            </w:r>
          </w:p>
        </w:tc>
        <w:tc>
          <w:tcPr>
            <w:tcW w:w="3960" w:type="dxa"/>
          </w:tcPr>
          <w:p w14:paraId="6A8ECDCB" w14:textId="77777777" w:rsidR="00B80F5C" w:rsidRDefault="00A63A23">
            <w:r>
              <w:rPr>
                <w:sz w:val="17"/>
              </w:rPr>
              <w:t>Bank name, last 4 digits only, joint owner/POD beneficiary.</w:t>
            </w:r>
          </w:p>
        </w:tc>
        <w:tc>
          <w:tcPr>
            <w:tcW w:w="3528" w:type="dxa"/>
          </w:tcPr>
          <w:p w14:paraId="0379D657" w14:textId="77777777" w:rsidR="00B80F5C" w:rsidRDefault="00B80F5C"/>
        </w:tc>
        <w:tc>
          <w:tcPr>
            <w:tcW w:w="648" w:type="dxa"/>
          </w:tcPr>
          <w:p w14:paraId="7420892A" w14:textId="77777777" w:rsidR="00B80F5C" w:rsidRDefault="00A63A23">
            <w:r>
              <w:rPr>
                <w:sz w:val="17"/>
              </w:rPr>
              <w:t>☐</w:t>
            </w:r>
          </w:p>
        </w:tc>
      </w:tr>
      <w:tr w:rsidR="00B80F5C" w14:paraId="0567E913" w14:textId="77777777">
        <w:trPr>
          <w:jc w:val="center"/>
        </w:trPr>
        <w:tc>
          <w:tcPr>
            <w:tcW w:w="2232" w:type="dxa"/>
          </w:tcPr>
          <w:p w14:paraId="379474F5" w14:textId="77777777" w:rsidR="00B80F5C" w:rsidRDefault="00A63A23">
            <w:r>
              <w:rPr>
                <w:sz w:val="17"/>
              </w:rPr>
              <w:t>Money market account</w:t>
            </w:r>
          </w:p>
        </w:tc>
        <w:tc>
          <w:tcPr>
            <w:tcW w:w="3960" w:type="dxa"/>
          </w:tcPr>
          <w:p w14:paraId="5557B0DF" w14:textId="77777777" w:rsidR="00B80F5C" w:rsidRDefault="00A63A23">
            <w:r>
              <w:rPr>
                <w:sz w:val="17"/>
              </w:rPr>
              <w:t>Institution, last 4 digits only, beneficiary if any.</w:t>
            </w:r>
          </w:p>
        </w:tc>
        <w:tc>
          <w:tcPr>
            <w:tcW w:w="3528" w:type="dxa"/>
          </w:tcPr>
          <w:p w14:paraId="20293AFF" w14:textId="77777777" w:rsidR="00B80F5C" w:rsidRDefault="00B80F5C"/>
        </w:tc>
        <w:tc>
          <w:tcPr>
            <w:tcW w:w="648" w:type="dxa"/>
          </w:tcPr>
          <w:p w14:paraId="68C91643" w14:textId="77777777" w:rsidR="00B80F5C" w:rsidRDefault="00A63A23">
            <w:r>
              <w:rPr>
                <w:sz w:val="17"/>
              </w:rPr>
              <w:t>☐</w:t>
            </w:r>
          </w:p>
        </w:tc>
      </w:tr>
      <w:tr w:rsidR="00B80F5C" w14:paraId="04EC96E1" w14:textId="77777777">
        <w:trPr>
          <w:jc w:val="center"/>
        </w:trPr>
        <w:tc>
          <w:tcPr>
            <w:tcW w:w="2232" w:type="dxa"/>
          </w:tcPr>
          <w:p w14:paraId="7E65447B" w14:textId="77777777" w:rsidR="00B80F5C" w:rsidRDefault="00A63A23">
            <w:r>
              <w:rPr>
                <w:sz w:val="17"/>
              </w:rPr>
              <w:t>Certificates of deposit</w:t>
            </w:r>
          </w:p>
        </w:tc>
        <w:tc>
          <w:tcPr>
            <w:tcW w:w="3960" w:type="dxa"/>
          </w:tcPr>
          <w:p w14:paraId="0E0126EF" w14:textId="77777777" w:rsidR="00B80F5C" w:rsidRDefault="00A63A23">
            <w:r>
              <w:rPr>
                <w:sz w:val="17"/>
              </w:rPr>
              <w:t>Bank, maturity date, last 4 digits only.</w:t>
            </w:r>
          </w:p>
        </w:tc>
        <w:tc>
          <w:tcPr>
            <w:tcW w:w="3528" w:type="dxa"/>
          </w:tcPr>
          <w:p w14:paraId="5D3F693A" w14:textId="77777777" w:rsidR="00B80F5C" w:rsidRDefault="00B80F5C"/>
        </w:tc>
        <w:tc>
          <w:tcPr>
            <w:tcW w:w="648" w:type="dxa"/>
          </w:tcPr>
          <w:p w14:paraId="64B4BE12" w14:textId="77777777" w:rsidR="00B80F5C" w:rsidRDefault="00A63A23">
            <w:r>
              <w:rPr>
                <w:sz w:val="17"/>
              </w:rPr>
              <w:t>☐</w:t>
            </w:r>
          </w:p>
        </w:tc>
      </w:tr>
      <w:tr w:rsidR="00B80F5C" w14:paraId="3EC46331" w14:textId="77777777">
        <w:trPr>
          <w:jc w:val="center"/>
        </w:trPr>
        <w:tc>
          <w:tcPr>
            <w:tcW w:w="2232" w:type="dxa"/>
          </w:tcPr>
          <w:p w14:paraId="0364DD28" w14:textId="77777777" w:rsidR="00B80F5C" w:rsidRDefault="00A63A23">
            <w:r>
              <w:rPr>
                <w:sz w:val="17"/>
              </w:rPr>
              <w:t>Credit union accounts</w:t>
            </w:r>
          </w:p>
        </w:tc>
        <w:tc>
          <w:tcPr>
            <w:tcW w:w="3960" w:type="dxa"/>
          </w:tcPr>
          <w:p w14:paraId="4F84E979" w14:textId="77777777" w:rsidR="00B80F5C" w:rsidRDefault="00A63A23">
            <w:r>
              <w:rPr>
                <w:sz w:val="17"/>
              </w:rPr>
              <w:t>Institution, account type, last 4 digits only.</w:t>
            </w:r>
          </w:p>
        </w:tc>
        <w:tc>
          <w:tcPr>
            <w:tcW w:w="3528" w:type="dxa"/>
          </w:tcPr>
          <w:p w14:paraId="38FDABA9" w14:textId="77777777" w:rsidR="00B80F5C" w:rsidRDefault="00B80F5C"/>
        </w:tc>
        <w:tc>
          <w:tcPr>
            <w:tcW w:w="648" w:type="dxa"/>
          </w:tcPr>
          <w:p w14:paraId="76AF5107" w14:textId="77777777" w:rsidR="00B80F5C" w:rsidRDefault="00A63A23">
            <w:r>
              <w:rPr>
                <w:sz w:val="17"/>
              </w:rPr>
              <w:t>☐</w:t>
            </w:r>
          </w:p>
        </w:tc>
      </w:tr>
      <w:tr w:rsidR="00B80F5C" w14:paraId="6E7FF2BA" w14:textId="77777777">
        <w:trPr>
          <w:jc w:val="center"/>
        </w:trPr>
        <w:tc>
          <w:tcPr>
            <w:tcW w:w="2232" w:type="dxa"/>
          </w:tcPr>
          <w:p w14:paraId="0F1E2D24" w14:textId="77777777" w:rsidR="00B80F5C" w:rsidRDefault="00A63A23">
            <w:r>
              <w:rPr>
                <w:sz w:val="17"/>
              </w:rPr>
              <w:t>Online banks / payment apps</w:t>
            </w:r>
          </w:p>
        </w:tc>
        <w:tc>
          <w:tcPr>
            <w:tcW w:w="3960" w:type="dxa"/>
          </w:tcPr>
          <w:p w14:paraId="13B6657E" w14:textId="77777777" w:rsidR="00B80F5C" w:rsidRDefault="00A63A23">
            <w:r>
              <w:rPr>
                <w:sz w:val="17"/>
              </w:rPr>
              <w:t>Institution/app names such as PayPal, Venmo, Zelle, Cash App; access location.</w:t>
            </w:r>
          </w:p>
        </w:tc>
        <w:tc>
          <w:tcPr>
            <w:tcW w:w="3528" w:type="dxa"/>
          </w:tcPr>
          <w:p w14:paraId="57605B14" w14:textId="77777777" w:rsidR="00B80F5C" w:rsidRDefault="00B80F5C"/>
        </w:tc>
        <w:tc>
          <w:tcPr>
            <w:tcW w:w="648" w:type="dxa"/>
          </w:tcPr>
          <w:p w14:paraId="2692F2F9" w14:textId="77777777" w:rsidR="00B80F5C" w:rsidRDefault="00A63A23">
            <w:r>
              <w:rPr>
                <w:sz w:val="17"/>
              </w:rPr>
              <w:t>☐</w:t>
            </w:r>
          </w:p>
        </w:tc>
      </w:tr>
      <w:tr w:rsidR="00B80F5C" w14:paraId="242219B0" w14:textId="77777777">
        <w:trPr>
          <w:jc w:val="center"/>
        </w:trPr>
        <w:tc>
          <w:tcPr>
            <w:tcW w:w="2232" w:type="dxa"/>
          </w:tcPr>
          <w:p w14:paraId="3D8FB338" w14:textId="77777777" w:rsidR="00B80F5C" w:rsidRDefault="00A63A23">
            <w:r>
              <w:rPr>
                <w:sz w:val="17"/>
              </w:rPr>
              <w:t>Cash kept at home</w:t>
            </w:r>
          </w:p>
        </w:tc>
        <w:tc>
          <w:tcPr>
            <w:tcW w:w="3960" w:type="dxa"/>
          </w:tcPr>
          <w:p w14:paraId="4CDB49AE" w14:textId="77777777" w:rsidR="00B80F5C" w:rsidRDefault="00A63A23">
            <w:r>
              <w:rPr>
                <w:sz w:val="17"/>
              </w:rPr>
              <w:t>Location and approximate amount if you choose to disclose.</w:t>
            </w:r>
          </w:p>
        </w:tc>
        <w:tc>
          <w:tcPr>
            <w:tcW w:w="3528" w:type="dxa"/>
          </w:tcPr>
          <w:p w14:paraId="13A665FD" w14:textId="77777777" w:rsidR="00B80F5C" w:rsidRDefault="00B80F5C"/>
        </w:tc>
        <w:tc>
          <w:tcPr>
            <w:tcW w:w="648" w:type="dxa"/>
          </w:tcPr>
          <w:p w14:paraId="71A36337" w14:textId="77777777" w:rsidR="00B80F5C" w:rsidRDefault="00A63A23">
            <w:r>
              <w:rPr>
                <w:sz w:val="17"/>
              </w:rPr>
              <w:t>☐</w:t>
            </w:r>
          </w:p>
        </w:tc>
      </w:tr>
    </w:tbl>
    <w:p w14:paraId="4B402D35" w14:textId="77777777" w:rsidR="00B80F5C" w:rsidRDefault="00B80F5C"/>
    <w:p w14:paraId="781333E6" w14:textId="77777777" w:rsidR="00B80F5C" w:rsidRDefault="00A63A23">
      <w:r>
        <w:rPr>
          <w:b/>
          <w:sz w:val="22"/>
        </w:rPr>
        <w:t>Investment, Retirement, and Insurance Accounts</w:t>
      </w:r>
    </w:p>
    <w:tbl>
      <w:tblPr>
        <w:tblStyle w:val="TableGrid"/>
        <w:tblW w:w="0" w:type="auto"/>
        <w:jc w:val="center"/>
        <w:tblLook w:val="04A0" w:firstRow="1" w:lastRow="0" w:firstColumn="1" w:lastColumn="0" w:noHBand="0" w:noVBand="1"/>
      </w:tblPr>
      <w:tblGrid>
        <w:gridCol w:w="2208"/>
        <w:gridCol w:w="3896"/>
        <w:gridCol w:w="3462"/>
        <w:gridCol w:w="648"/>
      </w:tblGrid>
      <w:tr w:rsidR="00B80F5C" w14:paraId="657B74AF" w14:textId="77777777">
        <w:trPr>
          <w:jc w:val="center"/>
        </w:trPr>
        <w:tc>
          <w:tcPr>
            <w:tcW w:w="2232" w:type="dxa"/>
            <w:shd w:val="clear" w:color="auto" w:fill="D9EAF7"/>
            <w:vAlign w:val="center"/>
          </w:tcPr>
          <w:p w14:paraId="13BB031B" w14:textId="77777777" w:rsidR="00B80F5C" w:rsidRDefault="00A63A23">
            <w:r>
              <w:rPr>
                <w:b/>
                <w:sz w:val="17"/>
              </w:rPr>
              <w:t>Item</w:t>
            </w:r>
          </w:p>
        </w:tc>
        <w:tc>
          <w:tcPr>
            <w:tcW w:w="3960" w:type="dxa"/>
            <w:shd w:val="clear" w:color="auto" w:fill="D9EAF7"/>
            <w:vAlign w:val="center"/>
          </w:tcPr>
          <w:p w14:paraId="0872E2BA" w14:textId="77777777" w:rsidR="00B80F5C" w:rsidRDefault="00A63A23">
            <w:r>
              <w:rPr>
                <w:b/>
                <w:sz w:val="17"/>
              </w:rPr>
              <w:t>What to List / Explain</w:t>
            </w:r>
          </w:p>
        </w:tc>
        <w:tc>
          <w:tcPr>
            <w:tcW w:w="3528" w:type="dxa"/>
            <w:shd w:val="clear" w:color="auto" w:fill="D9EAF7"/>
            <w:vAlign w:val="center"/>
          </w:tcPr>
          <w:p w14:paraId="3A70AAB9" w14:textId="77777777" w:rsidR="00B80F5C" w:rsidRDefault="00A63A23">
            <w:r>
              <w:rPr>
                <w:b/>
                <w:sz w:val="17"/>
              </w:rPr>
              <w:t>Location / Contact / Notes</w:t>
            </w:r>
          </w:p>
        </w:tc>
        <w:tc>
          <w:tcPr>
            <w:tcW w:w="648" w:type="dxa"/>
            <w:shd w:val="clear" w:color="auto" w:fill="D9EAF7"/>
            <w:vAlign w:val="center"/>
          </w:tcPr>
          <w:p w14:paraId="0F525B0B" w14:textId="77777777" w:rsidR="00B80F5C" w:rsidRDefault="00A63A23">
            <w:r>
              <w:rPr>
                <w:b/>
                <w:sz w:val="17"/>
              </w:rPr>
              <w:t>Done</w:t>
            </w:r>
          </w:p>
        </w:tc>
      </w:tr>
      <w:tr w:rsidR="00B80F5C" w14:paraId="45AF22C6" w14:textId="77777777">
        <w:trPr>
          <w:jc w:val="center"/>
        </w:trPr>
        <w:tc>
          <w:tcPr>
            <w:tcW w:w="2232" w:type="dxa"/>
          </w:tcPr>
          <w:p w14:paraId="4C38468C" w14:textId="77777777" w:rsidR="00B80F5C" w:rsidRDefault="00A63A23">
            <w:r>
              <w:rPr>
                <w:sz w:val="17"/>
              </w:rPr>
              <w:t>Brokerage account</w:t>
            </w:r>
          </w:p>
        </w:tc>
        <w:tc>
          <w:tcPr>
            <w:tcW w:w="3960" w:type="dxa"/>
          </w:tcPr>
          <w:p w14:paraId="25F7550F" w14:textId="77777777" w:rsidR="00B80F5C" w:rsidRDefault="00A63A23">
            <w:r>
              <w:rPr>
                <w:sz w:val="17"/>
              </w:rPr>
              <w:t>Firm name, advisor/contact, last 4 digits only, TOD beneficiary if any.</w:t>
            </w:r>
          </w:p>
        </w:tc>
        <w:tc>
          <w:tcPr>
            <w:tcW w:w="3528" w:type="dxa"/>
          </w:tcPr>
          <w:p w14:paraId="1C86DF04" w14:textId="77777777" w:rsidR="00B80F5C" w:rsidRDefault="00B80F5C"/>
        </w:tc>
        <w:tc>
          <w:tcPr>
            <w:tcW w:w="648" w:type="dxa"/>
          </w:tcPr>
          <w:p w14:paraId="7D2669A0" w14:textId="77777777" w:rsidR="00B80F5C" w:rsidRDefault="00A63A23">
            <w:r>
              <w:rPr>
                <w:sz w:val="17"/>
              </w:rPr>
              <w:t>☐</w:t>
            </w:r>
          </w:p>
        </w:tc>
      </w:tr>
      <w:tr w:rsidR="00B80F5C" w14:paraId="239682D6" w14:textId="77777777">
        <w:trPr>
          <w:jc w:val="center"/>
        </w:trPr>
        <w:tc>
          <w:tcPr>
            <w:tcW w:w="2232" w:type="dxa"/>
          </w:tcPr>
          <w:p w14:paraId="6AD5E550" w14:textId="77777777" w:rsidR="00B80F5C" w:rsidRDefault="00A63A23">
            <w:r>
              <w:rPr>
                <w:sz w:val="17"/>
              </w:rPr>
              <w:t>IRA / Roth IRA</w:t>
            </w:r>
          </w:p>
        </w:tc>
        <w:tc>
          <w:tcPr>
            <w:tcW w:w="3960" w:type="dxa"/>
          </w:tcPr>
          <w:p w14:paraId="2ACB10AB" w14:textId="77777777" w:rsidR="00B80F5C" w:rsidRDefault="00A63A23">
            <w:r>
              <w:rPr>
                <w:sz w:val="17"/>
              </w:rPr>
              <w:t>Custodian, last 4 digits only, beneficiary designation location.</w:t>
            </w:r>
          </w:p>
        </w:tc>
        <w:tc>
          <w:tcPr>
            <w:tcW w:w="3528" w:type="dxa"/>
          </w:tcPr>
          <w:p w14:paraId="4B4B4B75" w14:textId="77777777" w:rsidR="00B80F5C" w:rsidRDefault="00B80F5C"/>
        </w:tc>
        <w:tc>
          <w:tcPr>
            <w:tcW w:w="648" w:type="dxa"/>
          </w:tcPr>
          <w:p w14:paraId="229AB174" w14:textId="77777777" w:rsidR="00B80F5C" w:rsidRDefault="00A63A23">
            <w:r>
              <w:rPr>
                <w:sz w:val="17"/>
              </w:rPr>
              <w:t>☐</w:t>
            </w:r>
          </w:p>
        </w:tc>
      </w:tr>
      <w:tr w:rsidR="00B80F5C" w14:paraId="0129AB0D" w14:textId="77777777">
        <w:trPr>
          <w:jc w:val="center"/>
        </w:trPr>
        <w:tc>
          <w:tcPr>
            <w:tcW w:w="2232" w:type="dxa"/>
          </w:tcPr>
          <w:p w14:paraId="60262175" w14:textId="77777777" w:rsidR="00B80F5C" w:rsidRDefault="00A63A23">
            <w:r>
              <w:rPr>
                <w:sz w:val="17"/>
              </w:rPr>
              <w:t>401(k), 403(b), pension, deferred compensation</w:t>
            </w:r>
          </w:p>
        </w:tc>
        <w:tc>
          <w:tcPr>
            <w:tcW w:w="3960" w:type="dxa"/>
          </w:tcPr>
          <w:p w14:paraId="31DE7DEA" w14:textId="77777777" w:rsidR="00B80F5C" w:rsidRDefault="00A63A23">
            <w:r>
              <w:rPr>
                <w:sz w:val="17"/>
              </w:rPr>
              <w:t>Employer/plan provider, contact information, beneficiary records.</w:t>
            </w:r>
          </w:p>
        </w:tc>
        <w:tc>
          <w:tcPr>
            <w:tcW w:w="3528" w:type="dxa"/>
          </w:tcPr>
          <w:p w14:paraId="3F914FE0" w14:textId="77777777" w:rsidR="00B80F5C" w:rsidRDefault="00B80F5C"/>
        </w:tc>
        <w:tc>
          <w:tcPr>
            <w:tcW w:w="648" w:type="dxa"/>
          </w:tcPr>
          <w:p w14:paraId="44B2245C" w14:textId="77777777" w:rsidR="00B80F5C" w:rsidRDefault="00A63A23">
            <w:r>
              <w:rPr>
                <w:sz w:val="17"/>
              </w:rPr>
              <w:t>☐</w:t>
            </w:r>
          </w:p>
        </w:tc>
      </w:tr>
      <w:tr w:rsidR="00B80F5C" w14:paraId="7512818D" w14:textId="77777777">
        <w:trPr>
          <w:jc w:val="center"/>
        </w:trPr>
        <w:tc>
          <w:tcPr>
            <w:tcW w:w="2232" w:type="dxa"/>
          </w:tcPr>
          <w:p w14:paraId="3693CC18" w14:textId="77777777" w:rsidR="00B80F5C" w:rsidRDefault="00A63A23">
            <w:r>
              <w:rPr>
                <w:sz w:val="17"/>
              </w:rPr>
              <w:t>Annuities</w:t>
            </w:r>
          </w:p>
        </w:tc>
        <w:tc>
          <w:tcPr>
            <w:tcW w:w="3960" w:type="dxa"/>
          </w:tcPr>
          <w:p w14:paraId="5F097B4D" w14:textId="77777777" w:rsidR="00B80F5C" w:rsidRDefault="00A63A23">
            <w:r>
              <w:rPr>
                <w:sz w:val="17"/>
              </w:rPr>
              <w:t>Company, policy/contract last 4 digits only, beneficiary.</w:t>
            </w:r>
          </w:p>
        </w:tc>
        <w:tc>
          <w:tcPr>
            <w:tcW w:w="3528" w:type="dxa"/>
          </w:tcPr>
          <w:p w14:paraId="09CC2253" w14:textId="77777777" w:rsidR="00B80F5C" w:rsidRDefault="00B80F5C"/>
        </w:tc>
        <w:tc>
          <w:tcPr>
            <w:tcW w:w="648" w:type="dxa"/>
          </w:tcPr>
          <w:p w14:paraId="774D8C76" w14:textId="77777777" w:rsidR="00B80F5C" w:rsidRDefault="00A63A23">
            <w:r>
              <w:rPr>
                <w:sz w:val="17"/>
              </w:rPr>
              <w:t>☐</w:t>
            </w:r>
          </w:p>
        </w:tc>
      </w:tr>
      <w:tr w:rsidR="00B80F5C" w14:paraId="0E750BD5" w14:textId="77777777">
        <w:trPr>
          <w:jc w:val="center"/>
        </w:trPr>
        <w:tc>
          <w:tcPr>
            <w:tcW w:w="2232" w:type="dxa"/>
          </w:tcPr>
          <w:p w14:paraId="6200F3A2" w14:textId="77777777" w:rsidR="00B80F5C" w:rsidRDefault="00A63A23">
            <w:r>
              <w:rPr>
                <w:sz w:val="17"/>
              </w:rPr>
              <w:t>Life insurance</w:t>
            </w:r>
          </w:p>
        </w:tc>
        <w:tc>
          <w:tcPr>
            <w:tcW w:w="3960" w:type="dxa"/>
          </w:tcPr>
          <w:p w14:paraId="598F7FF7" w14:textId="77777777" w:rsidR="00B80F5C" w:rsidRDefault="00A63A23">
            <w:r>
              <w:rPr>
                <w:sz w:val="17"/>
              </w:rPr>
              <w:t>Company, policy last 4 digits only, agent, beneficiary, location of policy.</w:t>
            </w:r>
          </w:p>
        </w:tc>
        <w:tc>
          <w:tcPr>
            <w:tcW w:w="3528" w:type="dxa"/>
          </w:tcPr>
          <w:p w14:paraId="712D1912" w14:textId="77777777" w:rsidR="00B80F5C" w:rsidRDefault="00B80F5C"/>
        </w:tc>
        <w:tc>
          <w:tcPr>
            <w:tcW w:w="648" w:type="dxa"/>
          </w:tcPr>
          <w:p w14:paraId="6A27A86B" w14:textId="77777777" w:rsidR="00B80F5C" w:rsidRDefault="00A63A23">
            <w:r>
              <w:rPr>
                <w:sz w:val="17"/>
              </w:rPr>
              <w:t>☐</w:t>
            </w:r>
          </w:p>
        </w:tc>
      </w:tr>
      <w:tr w:rsidR="00B80F5C" w14:paraId="5A3A6C24" w14:textId="77777777">
        <w:trPr>
          <w:jc w:val="center"/>
        </w:trPr>
        <w:tc>
          <w:tcPr>
            <w:tcW w:w="2232" w:type="dxa"/>
          </w:tcPr>
          <w:p w14:paraId="3B53A0A1" w14:textId="77777777" w:rsidR="00B80F5C" w:rsidRDefault="00A63A23">
            <w:r>
              <w:rPr>
                <w:sz w:val="17"/>
              </w:rPr>
              <w:t>Long-term care insurance</w:t>
            </w:r>
          </w:p>
        </w:tc>
        <w:tc>
          <w:tcPr>
            <w:tcW w:w="3960" w:type="dxa"/>
          </w:tcPr>
          <w:p w14:paraId="12460773" w14:textId="77777777" w:rsidR="00B80F5C" w:rsidRDefault="00A63A23">
            <w:r>
              <w:rPr>
                <w:sz w:val="17"/>
              </w:rPr>
              <w:t>Company, policy location, agent/contact.</w:t>
            </w:r>
          </w:p>
        </w:tc>
        <w:tc>
          <w:tcPr>
            <w:tcW w:w="3528" w:type="dxa"/>
          </w:tcPr>
          <w:p w14:paraId="23987AC8" w14:textId="77777777" w:rsidR="00B80F5C" w:rsidRDefault="00B80F5C"/>
        </w:tc>
        <w:tc>
          <w:tcPr>
            <w:tcW w:w="648" w:type="dxa"/>
          </w:tcPr>
          <w:p w14:paraId="2BAB0062" w14:textId="77777777" w:rsidR="00B80F5C" w:rsidRDefault="00A63A23">
            <w:r>
              <w:rPr>
                <w:sz w:val="17"/>
              </w:rPr>
              <w:t>☐</w:t>
            </w:r>
          </w:p>
        </w:tc>
      </w:tr>
      <w:tr w:rsidR="00B80F5C" w14:paraId="6A19FE33" w14:textId="77777777">
        <w:trPr>
          <w:jc w:val="center"/>
        </w:trPr>
        <w:tc>
          <w:tcPr>
            <w:tcW w:w="2232" w:type="dxa"/>
          </w:tcPr>
          <w:p w14:paraId="0E53984B" w14:textId="77777777" w:rsidR="00B80F5C" w:rsidRDefault="00A63A23">
            <w:r>
              <w:rPr>
                <w:sz w:val="17"/>
              </w:rPr>
              <w:t>Disability insurance</w:t>
            </w:r>
          </w:p>
        </w:tc>
        <w:tc>
          <w:tcPr>
            <w:tcW w:w="3960" w:type="dxa"/>
          </w:tcPr>
          <w:p w14:paraId="38062859" w14:textId="77777777" w:rsidR="00B80F5C" w:rsidRDefault="00A63A23">
            <w:r>
              <w:rPr>
                <w:sz w:val="17"/>
              </w:rPr>
              <w:t>Company, policy location, agent/contact.</w:t>
            </w:r>
          </w:p>
        </w:tc>
        <w:tc>
          <w:tcPr>
            <w:tcW w:w="3528" w:type="dxa"/>
          </w:tcPr>
          <w:p w14:paraId="5F46B386" w14:textId="77777777" w:rsidR="00B80F5C" w:rsidRDefault="00B80F5C"/>
        </w:tc>
        <w:tc>
          <w:tcPr>
            <w:tcW w:w="648" w:type="dxa"/>
          </w:tcPr>
          <w:p w14:paraId="366209AD" w14:textId="77777777" w:rsidR="00B80F5C" w:rsidRDefault="00A63A23">
            <w:r>
              <w:rPr>
                <w:sz w:val="17"/>
              </w:rPr>
              <w:t>☐</w:t>
            </w:r>
          </w:p>
        </w:tc>
      </w:tr>
      <w:tr w:rsidR="00B80F5C" w14:paraId="753C53F3" w14:textId="77777777">
        <w:trPr>
          <w:jc w:val="center"/>
        </w:trPr>
        <w:tc>
          <w:tcPr>
            <w:tcW w:w="2232" w:type="dxa"/>
          </w:tcPr>
          <w:p w14:paraId="0239C7E4" w14:textId="77777777" w:rsidR="00B80F5C" w:rsidRDefault="00A63A23">
            <w:r>
              <w:rPr>
                <w:sz w:val="17"/>
              </w:rPr>
              <w:t>Health insurance / Medicare / supplemental policy</w:t>
            </w:r>
          </w:p>
        </w:tc>
        <w:tc>
          <w:tcPr>
            <w:tcW w:w="3960" w:type="dxa"/>
          </w:tcPr>
          <w:p w14:paraId="7DB635BD" w14:textId="77777777" w:rsidR="00B80F5C" w:rsidRDefault="00A63A23">
            <w:r>
              <w:rPr>
                <w:sz w:val="17"/>
              </w:rPr>
              <w:t>Carrier, card location, policy/contact information.</w:t>
            </w:r>
          </w:p>
        </w:tc>
        <w:tc>
          <w:tcPr>
            <w:tcW w:w="3528" w:type="dxa"/>
          </w:tcPr>
          <w:p w14:paraId="5238918B" w14:textId="77777777" w:rsidR="00B80F5C" w:rsidRDefault="00B80F5C"/>
        </w:tc>
        <w:tc>
          <w:tcPr>
            <w:tcW w:w="648" w:type="dxa"/>
          </w:tcPr>
          <w:p w14:paraId="5F34520B" w14:textId="77777777" w:rsidR="00B80F5C" w:rsidRDefault="00A63A23">
            <w:r>
              <w:rPr>
                <w:sz w:val="17"/>
              </w:rPr>
              <w:t>☐</w:t>
            </w:r>
          </w:p>
        </w:tc>
      </w:tr>
    </w:tbl>
    <w:p w14:paraId="266D76F5" w14:textId="77777777" w:rsidR="00B80F5C" w:rsidRDefault="00B80F5C"/>
    <w:p w14:paraId="1E06C327" w14:textId="77777777" w:rsidR="009E3F98" w:rsidRDefault="009E3F98">
      <w:pPr>
        <w:rPr>
          <w:b/>
          <w:sz w:val="22"/>
        </w:rPr>
      </w:pPr>
    </w:p>
    <w:p w14:paraId="3F686A03" w14:textId="77777777" w:rsidR="009E3F98" w:rsidRDefault="009E3F98">
      <w:pPr>
        <w:rPr>
          <w:b/>
          <w:sz w:val="22"/>
        </w:rPr>
      </w:pPr>
    </w:p>
    <w:p w14:paraId="5B7969ED" w14:textId="77777777" w:rsidR="009E3F98" w:rsidRDefault="009E3F98">
      <w:pPr>
        <w:rPr>
          <w:b/>
          <w:sz w:val="22"/>
        </w:rPr>
      </w:pPr>
    </w:p>
    <w:p w14:paraId="79BE90F0" w14:textId="77777777" w:rsidR="009E3F98" w:rsidRDefault="009E3F98">
      <w:pPr>
        <w:rPr>
          <w:b/>
          <w:sz w:val="22"/>
        </w:rPr>
      </w:pPr>
    </w:p>
    <w:p w14:paraId="74C138A1" w14:textId="77777777" w:rsidR="009E3F98" w:rsidRDefault="009E3F98">
      <w:pPr>
        <w:rPr>
          <w:b/>
          <w:sz w:val="22"/>
        </w:rPr>
      </w:pPr>
    </w:p>
    <w:p w14:paraId="50795B36" w14:textId="1ECB351C" w:rsidR="00B80F5C" w:rsidRDefault="00A63A23">
      <w:r>
        <w:rPr>
          <w:b/>
          <w:sz w:val="22"/>
        </w:rPr>
        <w:lastRenderedPageBreak/>
        <w:t>Real Estate, Vehicles, and Major Property</w:t>
      </w:r>
    </w:p>
    <w:tbl>
      <w:tblPr>
        <w:tblStyle w:val="TableGrid"/>
        <w:tblW w:w="0" w:type="auto"/>
        <w:jc w:val="center"/>
        <w:tblLook w:val="04A0" w:firstRow="1" w:lastRow="0" w:firstColumn="1" w:lastColumn="0" w:noHBand="0" w:noVBand="1"/>
      </w:tblPr>
      <w:tblGrid>
        <w:gridCol w:w="2200"/>
        <w:gridCol w:w="3907"/>
        <w:gridCol w:w="3459"/>
        <w:gridCol w:w="648"/>
      </w:tblGrid>
      <w:tr w:rsidR="00B80F5C" w14:paraId="2155B97D" w14:textId="77777777">
        <w:trPr>
          <w:jc w:val="center"/>
        </w:trPr>
        <w:tc>
          <w:tcPr>
            <w:tcW w:w="2232" w:type="dxa"/>
            <w:shd w:val="clear" w:color="auto" w:fill="D9EAF7"/>
            <w:vAlign w:val="center"/>
          </w:tcPr>
          <w:p w14:paraId="5AAD0806" w14:textId="77777777" w:rsidR="00B80F5C" w:rsidRDefault="00A63A23">
            <w:r>
              <w:rPr>
                <w:b/>
                <w:sz w:val="17"/>
              </w:rPr>
              <w:t>Item</w:t>
            </w:r>
          </w:p>
        </w:tc>
        <w:tc>
          <w:tcPr>
            <w:tcW w:w="3960" w:type="dxa"/>
            <w:shd w:val="clear" w:color="auto" w:fill="D9EAF7"/>
            <w:vAlign w:val="center"/>
          </w:tcPr>
          <w:p w14:paraId="3B19AD1D" w14:textId="77777777" w:rsidR="00B80F5C" w:rsidRDefault="00A63A23">
            <w:r>
              <w:rPr>
                <w:b/>
                <w:sz w:val="17"/>
              </w:rPr>
              <w:t>What to List / Explain</w:t>
            </w:r>
          </w:p>
        </w:tc>
        <w:tc>
          <w:tcPr>
            <w:tcW w:w="3528" w:type="dxa"/>
            <w:shd w:val="clear" w:color="auto" w:fill="D9EAF7"/>
            <w:vAlign w:val="center"/>
          </w:tcPr>
          <w:p w14:paraId="631310B1" w14:textId="77777777" w:rsidR="00B80F5C" w:rsidRDefault="00A63A23">
            <w:r>
              <w:rPr>
                <w:b/>
                <w:sz w:val="17"/>
              </w:rPr>
              <w:t>Location / Contact / Notes</w:t>
            </w:r>
          </w:p>
        </w:tc>
        <w:tc>
          <w:tcPr>
            <w:tcW w:w="648" w:type="dxa"/>
            <w:shd w:val="clear" w:color="auto" w:fill="D9EAF7"/>
            <w:vAlign w:val="center"/>
          </w:tcPr>
          <w:p w14:paraId="6D744A5D" w14:textId="77777777" w:rsidR="00B80F5C" w:rsidRDefault="00A63A23">
            <w:r>
              <w:rPr>
                <w:b/>
                <w:sz w:val="17"/>
              </w:rPr>
              <w:t>Done</w:t>
            </w:r>
          </w:p>
        </w:tc>
      </w:tr>
      <w:tr w:rsidR="00B80F5C" w14:paraId="18E8859B" w14:textId="77777777">
        <w:trPr>
          <w:jc w:val="center"/>
        </w:trPr>
        <w:tc>
          <w:tcPr>
            <w:tcW w:w="2232" w:type="dxa"/>
          </w:tcPr>
          <w:p w14:paraId="70B9B2DE" w14:textId="77777777" w:rsidR="00B80F5C" w:rsidRDefault="00A63A23">
            <w:r>
              <w:rPr>
                <w:sz w:val="17"/>
              </w:rPr>
              <w:t>Primary residence</w:t>
            </w:r>
          </w:p>
        </w:tc>
        <w:tc>
          <w:tcPr>
            <w:tcW w:w="3960" w:type="dxa"/>
          </w:tcPr>
          <w:p w14:paraId="1F0FF346" w14:textId="77777777" w:rsidR="00B80F5C" w:rsidRDefault="00A63A23">
            <w:r>
              <w:rPr>
                <w:sz w:val="17"/>
              </w:rPr>
              <w:t>Address, deed location, mortgage company, HOA contact, alarm information.</w:t>
            </w:r>
          </w:p>
        </w:tc>
        <w:tc>
          <w:tcPr>
            <w:tcW w:w="3528" w:type="dxa"/>
          </w:tcPr>
          <w:p w14:paraId="41F48B63" w14:textId="77777777" w:rsidR="00B80F5C" w:rsidRDefault="00B80F5C"/>
        </w:tc>
        <w:tc>
          <w:tcPr>
            <w:tcW w:w="648" w:type="dxa"/>
          </w:tcPr>
          <w:p w14:paraId="5D942F54" w14:textId="77777777" w:rsidR="00B80F5C" w:rsidRDefault="00A63A23">
            <w:r>
              <w:rPr>
                <w:sz w:val="17"/>
              </w:rPr>
              <w:t>☐</w:t>
            </w:r>
          </w:p>
        </w:tc>
      </w:tr>
      <w:tr w:rsidR="00B80F5C" w14:paraId="0BEA3B73" w14:textId="77777777">
        <w:trPr>
          <w:jc w:val="center"/>
        </w:trPr>
        <w:tc>
          <w:tcPr>
            <w:tcW w:w="2232" w:type="dxa"/>
          </w:tcPr>
          <w:p w14:paraId="2B5A47DA" w14:textId="77777777" w:rsidR="00B80F5C" w:rsidRDefault="00A63A23">
            <w:r>
              <w:rPr>
                <w:sz w:val="17"/>
              </w:rPr>
              <w:t>Other real estate</w:t>
            </w:r>
          </w:p>
        </w:tc>
        <w:tc>
          <w:tcPr>
            <w:tcW w:w="3960" w:type="dxa"/>
          </w:tcPr>
          <w:p w14:paraId="4183470B" w14:textId="77777777" w:rsidR="00B80F5C" w:rsidRDefault="00A63A23">
            <w:r>
              <w:rPr>
                <w:sz w:val="17"/>
              </w:rPr>
              <w:t>Addresses, deed locations, mortgage/management contacts.</w:t>
            </w:r>
          </w:p>
        </w:tc>
        <w:tc>
          <w:tcPr>
            <w:tcW w:w="3528" w:type="dxa"/>
          </w:tcPr>
          <w:p w14:paraId="64494A75" w14:textId="77777777" w:rsidR="00B80F5C" w:rsidRDefault="00B80F5C"/>
        </w:tc>
        <w:tc>
          <w:tcPr>
            <w:tcW w:w="648" w:type="dxa"/>
          </w:tcPr>
          <w:p w14:paraId="6ABA660F" w14:textId="77777777" w:rsidR="00B80F5C" w:rsidRDefault="00A63A23">
            <w:r>
              <w:rPr>
                <w:sz w:val="17"/>
              </w:rPr>
              <w:t>☐</w:t>
            </w:r>
          </w:p>
        </w:tc>
      </w:tr>
      <w:tr w:rsidR="00B80F5C" w14:paraId="6BBCFA58" w14:textId="77777777">
        <w:trPr>
          <w:jc w:val="center"/>
        </w:trPr>
        <w:tc>
          <w:tcPr>
            <w:tcW w:w="2232" w:type="dxa"/>
          </w:tcPr>
          <w:p w14:paraId="33F750C4" w14:textId="77777777" w:rsidR="00B80F5C" w:rsidRDefault="00A63A23">
            <w:r>
              <w:rPr>
                <w:sz w:val="17"/>
              </w:rPr>
              <w:t>Rental property information</w:t>
            </w:r>
          </w:p>
        </w:tc>
        <w:tc>
          <w:tcPr>
            <w:tcW w:w="3960" w:type="dxa"/>
          </w:tcPr>
          <w:p w14:paraId="31E24C91" w14:textId="77777777" w:rsidR="00B80F5C" w:rsidRDefault="00A63A23">
            <w:r>
              <w:rPr>
                <w:sz w:val="17"/>
              </w:rPr>
              <w:t>Tenants, leases, property manager, keys, security deposits.</w:t>
            </w:r>
          </w:p>
        </w:tc>
        <w:tc>
          <w:tcPr>
            <w:tcW w:w="3528" w:type="dxa"/>
          </w:tcPr>
          <w:p w14:paraId="51A01697" w14:textId="77777777" w:rsidR="00B80F5C" w:rsidRDefault="00B80F5C"/>
        </w:tc>
        <w:tc>
          <w:tcPr>
            <w:tcW w:w="648" w:type="dxa"/>
          </w:tcPr>
          <w:p w14:paraId="058F7660" w14:textId="77777777" w:rsidR="00B80F5C" w:rsidRDefault="00A63A23">
            <w:r>
              <w:rPr>
                <w:sz w:val="17"/>
              </w:rPr>
              <w:t>☐</w:t>
            </w:r>
          </w:p>
        </w:tc>
      </w:tr>
      <w:tr w:rsidR="00B80F5C" w14:paraId="747B8CFC" w14:textId="77777777">
        <w:trPr>
          <w:jc w:val="center"/>
        </w:trPr>
        <w:tc>
          <w:tcPr>
            <w:tcW w:w="2232" w:type="dxa"/>
          </w:tcPr>
          <w:p w14:paraId="4BDCE805" w14:textId="77777777" w:rsidR="00B80F5C" w:rsidRDefault="00A63A23">
            <w:r>
              <w:rPr>
                <w:sz w:val="17"/>
              </w:rPr>
              <w:t>Vehicles</w:t>
            </w:r>
          </w:p>
        </w:tc>
        <w:tc>
          <w:tcPr>
            <w:tcW w:w="3960" w:type="dxa"/>
          </w:tcPr>
          <w:p w14:paraId="74BDF0F0" w14:textId="77777777" w:rsidR="00B80F5C" w:rsidRDefault="00A63A23">
            <w:r>
              <w:rPr>
                <w:sz w:val="17"/>
              </w:rPr>
              <w:t>Make/model/year, title location, loan/lease company, insurance.</w:t>
            </w:r>
          </w:p>
        </w:tc>
        <w:tc>
          <w:tcPr>
            <w:tcW w:w="3528" w:type="dxa"/>
          </w:tcPr>
          <w:p w14:paraId="35D12152" w14:textId="77777777" w:rsidR="00B80F5C" w:rsidRDefault="00B80F5C"/>
        </w:tc>
        <w:tc>
          <w:tcPr>
            <w:tcW w:w="648" w:type="dxa"/>
          </w:tcPr>
          <w:p w14:paraId="32F823A0" w14:textId="77777777" w:rsidR="00B80F5C" w:rsidRDefault="00A63A23">
            <w:r>
              <w:rPr>
                <w:sz w:val="17"/>
              </w:rPr>
              <w:t>☐</w:t>
            </w:r>
          </w:p>
        </w:tc>
      </w:tr>
      <w:tr w:rsidR="00B80F5C" w14:paraId="3EC05E5A" w14:textId="77777777">
        <w:trPr>
          <w:jc w:val="center"/>
        </w:trPr>
        <w:tc>
          <w:tcPr>
            <w:tcW w:w="2232" w:type="dxa"/>
          </w:tcPr>
          <w:p w14:paraId="42DC93E9" w14:textId="77777777" w:rsidR="00B80F5C" w:rsidRDefault="00A63A23">
            <w:r>
              <w:rPr>
                <w:sz w:val="17"/>
              </w:rPr>
              <w:t>Boats, RVs, trailers, aircraft</w:t>
            </w:r>
          </w:p>
        </w:tc>
        <w:tc>
          <w:tcPr>
            <w:tcW w:w="3960" w:type="dxa"/>
          </w:tcPr>
          <w:p w14:paraId="23232EEF" w14:textId="77777777" w:rsidR="00B80F5C" w:rsidRDefault="00A63A23">
            <w:r>
              <w:rPr>
                <w:sz w:val="17"/>
              </w:rPr>
              <w:t>Title/registration location, storage location, insurance.</w:t>
            </w:r>
          </w:p>
        </w:tc>
        <w:tc>
          <w:tcPr>
            <w:tcW w:w="3528" w:type="dxa"/>
          </w:tcPr>
          <w:p w14:paraId="17CC3FC6" w14:textId="77777777" w:rsidR="00B80F5C" w:rsidRDefault="00B80F5C"/>
        </w:tc>
        <w:tc>
          <w:tcPr>
            <w:tcW w:w="648" w:type="dxa"/>
          </w:tcPr>
          <w:p w14:paraId="11B74435" w14:textId="77777777" w:rsidR="00B80F5C" w:rsidRDefault="00A63A23">
            <w:r>
              <w:rPr>
                <w:sz w:val="17"/>
              </w:rPr>
              <w:t>☐</w:t>
            </w:r>
          </w:p>
        </w:tc>
      </w:tr>
      <w:tr w:rsidR="00B80F5C" w14:paraId="36A7081C" w14:textId="77777777">
        <w:trPr>
          <w:jc w:val="center"/>
        </w:trPr>
        <w:tc>
          <w:tcPr>
            <w:tcW w:w="2232" w:type="dxa"/>
          </w:tcPr>
          <w:p w14:paraId="74F065E7" w14:textId="77777777" w:rsidR="00B80F5C" w:rsidRDefault="00A63A23">
            <w:r>
              <w:rPr>
                <w:sz w:val="17"/>
              </w:rPr>
              <w:t>Storage units</w:t>
            </w:r>
          </w:p>
        </w:tc>
        <w:tc>
          <w:tcPr>
            <w:tcW w:w="3960" w:type="dxa"/>
          </w:tcPr>
          <w:p w14:paraId="45824C7F" w14:textId="77777777" w:rsidR="00B80F5C" w:rsidRDefault="00A63A23">
            <w:r>
              <w:rPr>
                <w:sz w:val="17"/>
              </w:rPr>
              <w:t>Facility name, unit number, key/access code location, autopay information.</w:t>
            </w:r>
          </w:p>
        </w:tc>
        <w:tc>
          <w:tcPr>
            <w:tcW w:w="3528" w:type="dxa"/>
          </w:tcPr>
          <w:p w14:paraId="32BD8E76" w14:textId="77777777" w:rsidR="00B80F5C" w:rsidRDefault="00B80F5C"/>
        </w:tc>
        <w:tc>
          <w:tcPr>
            <w:tcW w:w="648" w:type="dxa"/>
          </w:tcPr>
          <w:p w14:paraId="2D0F150B" w14:textId="77777777" w:rsidR="00B80F5C" w:rsidRDefault="00A63A23">
            <w:r>
              <w:rPr>
                <w:sz w:val="17"/>
              </w:rPr>
              <w:t>☐</w:t>
            </w:r>
          </w:p>
        </w:tc>
      </w:tr>
      <w:tr w:rsidR="00B80F5C" w14:paraId="05D44400" w14:textId="77777777">
        <w:trPr>
          <w:jc w:val="center"/>
        </w:trPr>
        <w:tc>
          <w:tcPr>
            <w:tcW w:w="2232" w:type="dxa"/>
          </w:tcPr>
          <w:p w14:paraId="40EEEE18" w14:textId="77777777" w:rsidR="00B80F5C" w:rsidRDefault="00A63A23">
            <w:r>
              <w:rPr>
                <w:sz w:val="17"/>
              </w:rPr>
              <w:t>Valuable personal property</w:t>
            </w:r>
          </w:p>
        </w:tc>
        <w:tc>
          <w:tcPr>
            <w:tcW w:w="3960" w:type="dxa"/>
          </w:tcPr>
          <w:p w14:paraId="2930D2FB" w14:textId="77777777" w:rsidR="00B80F5C" w:rsidRDefault="00A63A23">
            <w:r>
              <w:rPr>
                <w:sz w:val="17"/>
              </w:rPr>
              <w:t>Jewelry, art, antiques, firearms, collectibles; location and appraisal documents.</w:t>
            </w:r>
          </w:p>
        </w:tc>
        <w:tc>
          <w:tcPr>
            <w:tcW w:w="3528" w:type="dxa"/>
          </w:tcPr>
          <w:p w14:paraId="511AACDE" w14:textId="77777777" w:rsidR="00B80F5C" w:rsidRDefault="00B80F5C"/>
        </w:tc>
        <w:tc>
          <w:tcPr>
            <w:tcW w:w="648" w:type="dxa"/>
          </w:tcPr>
          <w:p w14:paraId="076697A5" w14:textId="77777777" w:rsidR="00B80F5C" w:rsidRDefault="00A63A23">
            <w:r>
              <w:rPr>
                <w:sz w:val="17"/>
              </w:rPr>
              <w:t>☐</w:t>
            </w:r>
          </w:p>
        </w:tc>
      </w:tr>
      <w:tr w:rsidR="00B80F5C" w14:paraId="5C3A2895" w14:textId="77777777">
        <w:trPr>
          <w:jc w:val="center"/>
        </w:trPr>
        <w:tc>
          <w:tcPr>
            <w:tcW w:w="2232" w:type="dxa"/>
          </w:tcPr>
          <w:p w14:paraId="3B416A2C" w14:textId="77777777" w:rsidR="00B80F5C" w:rsidRDefault="00A63A23">
            <w:r>
              <w:rPr>
                <w:sz w:val="17"/>
              </w:rPr>
              <w:t>Pets</w:t>
            </w:r>
          </w:p>
        </w:tc>
        <w:tc>
          <w:tcPr>
            <w:tcW w:w="3960" w:type="dxa"/>
          </w:tcPr>
          <w:p w14:paraId="57930056" w14:textId="77777777" w:rsidR="00B80F5C" w:rsidRDefault="00A63A23">
            <w:r>
              <w:rPr>
                <w:sz w:val="17"/>
              </w:rPr>
              <w:t>Veterinarian, medications, microchip info, preferred caretaker.</w:t>
            </w:r>
          </w:p>
        </w:tc>
        <w:tc>
          <w:tcPr>
            <w:tcW w:w="3528" w:type="dxa"/>
          </w:tcPr>
          <w:p w14:paraId="3D80C1BA" w14:textId="77777777" w:rsidR="00B80F5C" w:rsidRDefault="00B80F5C"/>
        </w:tc>
        <w:tc>
          <w:tcPr>
            <w:tcW w:w="648" w:type="dxa"/>
          </w:tcPr>
          <w:p w14:paraId="0F94D849" w14:textId="77777777" w:rsidR="00B80F5C" w:rsidRDefault="00A63A23">
            <w:r>
              <w:rPr>
                <w:sz w:val="17"/>
              </w:rPr>
              <w:t>☐</w:t>
            </w:r>
          </w:p>
        </w:tc>
      </w:tr>
    </w:tbl>
    <w:p w14:paraId="3E33C195" w14:textId="77777777" w:rsidR="00B80F5C" w:rsidRDefault="00B80F5C"/>
    <w:p w14:paraId="629648B8" w14:textId="77777777" w:rsidR="00B80F5C" w:rsidRDefault="00A63A23">
      <w:r>
        <w:rPr>
          <w:b/>
          <w:sz w:val="22"/>
        </w:rPr>
        <w:t>Debts, Bills, and Recurring Payments</w:t>
      </w:r>
    </w:p>
    <w:tbl>
      <w:tblPr>
        <w:tblStyle w:val="TableGrid"/>
        <w:tblW w:w="0" w:type="auto"/>
        <w:jc w:val="center"/>
        <w:tblLook w:val="04A0" w:firstRow="1" w:lastRow="0" w:firstColumn="1" w:lastColumn="0" w:noHBand="0" w:noVBand="1"/>
      </w:tblPr>
      <w:tblGrid>
        <w:gridCol w:w="2205"/>
        <w:gridCol w:w="3903"/>
        <w:gridCol w:w="3458"/>
        <w:gridCol w:w="648"/>
      </w:tblGrid>
      <w:tr w:rsidR="00B80F5C" w14:paraId="7221A567" w14:textId="77777777">
        <w:trPr>
          <w:jc w:val="center"/>
        </w:trPr>
        <w:tc>
          <w:tcPr>
            <w:tcW w:w="2232" w:type="dxa"/>
            <w:shd w:val="clear" w:color="auto" w:fill="D9EAF7"/>
            <w:vAlign w:val="center"/>
          </w:tcPr>
          <w:p w14:paraId="3A70A1A5" w14:textId="77777777" w:rsidR="00B80F5C" w:rsidRDefault="00A63A23">
            <w:r>
              <w:rPr>
                <w:b/>
                <w:sz w:val="17"/>
              </w:rPr>
              <w:t>Item</w:t>
            </w:r>
          </w:p>
        </w:tc>
        <w:tc>
          <w:tcPr>
            <w:tcW w:w="3960" w:type="dxa"/>
            <w:shd w:val="clear" w:color="auto" w:fill="D9EAF7"/>
            <w:vAlign w:val="center"/>
          </w:tcPr>
          <w:p w14:paraId="0DF618E0" w14:textId="77777777" w:rsidR="00B80F5C" w:rsidRDefault="00A63A23">
            <w:r>
              <w:rPr>
                <w:b/>
                <w:sz w:val="17"/>
              </w:rPr>
              <w:t>What to List / Explain</w:t>
            </w:r>
          </w:p>
        </w:tc>
        <w:tc>
          <w:tcPr>
            <w:tcW w:w="3528" w:type="dxa"/>
            <w:shd w:val="clear" w:color="auto" w:fill="D9EAF7"/>
            <w:vAlign w:val="center"/>
          </w:tcPr>
          <w:p w14:paraId="35250C5D" w14:textId="77777777" w:rsidR="00B80F5C" w:rsidRDefault="00A63A23">
            <w:r>
              <w:rPr>
                <w:b/>
                <w:sz w:val="17"/>
              </w:rPr>
              <w:t>Location / Contact / Notes</w:t>
            </w:r>
          </w:p>
        </w:tc>
        <w:tc>
          <w:tcPr>
            <w:tcW w:w="648" w:type="dxa"/>
            <w:shd w:val="clear" w:color="auto" w:fill="D9EAF7"/>
            <w:vAlign w:val="center"/>
          </w:tcPr>
          <w:p w14:paraId="69580E18" w14:textId="77777777" w:rsidR="00B80F5C" w:rsidRDefault="00A63A23">
            <w:r>
              <w:rPr>
                <w:b/>
                <w:sz w:val="17"/>
              </w:rPr>
              <w:t>Done</w:t>
            </w:r>
          </w:p>
        </w:tc>
      </w:tr>
      <w:tr w:rsidR="00B80F5C" w14:paraId="2BF954A6" w14:textId="77777777">
        <w:trPr>
          <w:jc w:val="center"/>
        </w:trPr>
        <w:tc>
          <w:tcPr>
            <w:tcW w:w="2232" w:type="dxa"/>
          </w:tcPr>
          <w:p w14:paraId="0FD355D5" w14:textId="77777777" w:rsidR="00B80F5C" w:rsidRDefault="00A63A23">
            <w:r>
              <w:rPr>
                <w:sz w:val="17"/>
              </w:rPr>
              <w:t>Mortgage or home equity loan</w:t>
            </w:r>
          </w:p>
        </w:tc>
        <w:tc>
          <w:tcPr>
            <w:tcW w:w="3960" w:type="dxa"/>
          </w:tcPr>
          <w:p w14:paraId="39909822" w14:textId="77777777" w:rsidR="00B80F5C" w:rsidRDefault="00A63A23">
            <w:r>
              <w:rPr>
                <w:sz w:val="17"/>
              </w:rPr>
              <w:t>Lender, payment method, contact information.</w:t>
            </w:r>
          </w:p>
        </w:tc>
        <w:tc>
          <w:tcPr>
            <w:tcW w:w="3528" w:type="dxa"/>
          </w:tcPr>
          <w:p w14:paraId="7B291C53" w14:textId="77777777" w:rsidR="00B80F5C" w:rsidRDefault="00B80F5C"/>
        </w:tc>
        <w:tc>
          <w:tcPr>
            <w:tcW w:w="648" w:type="dxa"/>
          </w:tcPr>
          <w:p w14:paraId="7330A365" w14:textId="77777777" w:rsidR="00B80F5C" w:rsidRDefault="00A63A23">
            <w:r>
              <w:rPr>
                <w:sz w:val="17"/>
              </w:rPr>
              <w:t>☐</w:t>
            </w:r>
          </w:p>
        </w:tc>
      </w:tr>
      <w:tr w:rsidR="00B80F5C" w14:paraId="2A88E5EE" w14:textId="77777777">
        <w:trPr>
          <w:jc w:val="center"/>
        </w:trPr>
        <w:tc>
          <w:tcPr>
            <w:tcW w:w="2232" w:type="dxa"/>
          </w:tcPr>
          <w:p w14:paraId="173140FE" w14:textId="77777777" w:rsidR="00B80F5C" w:rsidRDefault="00A63A23">
            <w:r>
              <w:rPr>
                <w:sz w:val="17"/>
              </w:rPr>
              <w:t>Credit cards</w:t>
            </w:r>
          </w:p>
        </w:tc>
        <w:tc>
          <w:tcPr>
            <w:tcW w:w="3960" w:type="dxa"/>
          </w:tcPr>
          <w:p w14:paraId="57971E33" w14:textId="77777777" w:rsidR="00B80F5C" w:rsidRDefault="00A63A23">
            <w:r>
              <w:rPr>
                <w:sz w:val="17"/>
              </w:rPr>
              <w:t>Issuer names, last 4 digits only, autopay details.</w:t>
            </w:r>
          </w:p>
        </w:tc>
        <w:tc>
          <w:tcPr>
            <w:tcW w:w="3528" w:type="dxa"/>
          </w:tcPr>
          <w:p w14:paraId="5B6E60C5" w14:textId="77777777" w:rsidR="00B80F5C" w:rsidRDefault="00B80F5C"/>
        </w:tc>
        <w:tc>
          <w:tcPr>
            <w:tcW w:w="648" w:type="dxa"/>
          </w:tcPr>
          <w:p w14:paraId="34834207" w14:textId="77777777" w:rsidR="00B80F5C" w:rsidRDefault="00A63A23">
            <w:r>
              <w:rPr>
                <w:sz w:val="17"/>
              </w:rPr>
              <w:t>☐</w:t>
            </w:r>
          </w:p>
        </w:tc>
      </w:tr>
      <w:tr w:rsidR="00B80F5C" w14:paraId="150CBE8D" w14:textId="77777777">
        <w:trPr>
          <w:jc w:val="center"/>
        </w:trPr>
        <w:tc>
          <w:tcPr>
            <w:tcW w:w="2232" w:type="dxa"/>
          </w:tcPr>
          <w:p w14:paraId="60E997B4" w14:textId="77777777" w:rsidR="00B80F5C" w:rsidRDefault="00A63A23">
            <w:r>
              <w:rPr>
                <w:sz w:val="17"/>
              </w:rPr>
              <w:t>Car loans or leases</w:t>
            </w:r>
          </w:p>
        </w:tc>
        <w:tc>
          <w:tcPr>
            <w:tcW w:w="3960" w:type="dxa"/>
          </w:tcPr>
          <w:p w14:paraId="7C6DAFBA" w14:textId="77777777" w:rsidR="00B80F5C" w:rsidRDefault="00A63A23">
            <w:r>
              <w:rPr>
                <w:sz w:val="17"/>
              </w:rPr>
              <w:t>Lender/lessor, payment method, contact.</w:t>
            </w:r>
          </w:p>
        </w:tc>
        <w:tc>
          <w:tcPr>
            <w:tcW w:w="3528" w:type="dxa"/>
          </w:tcPr>
          <w:p w14:paraId="16FB5C86" w14:textId="77777777" w:rsidR="00B80F5C" w:rsidRDefault="00B80F5C"/>
        </w:tc>
        <w:tc>
          <w:tcPr>
            <w:tcW w:w="648" w:type="dxa"/>
          </w:tcPr>
          <w:p w14:paraId="44192E29" w14:textId="77777777" w:rsidR="00B80F5C" w:rsidRDefault="00A63A23">
            <w:r>
              <w:rPr>
                <w:sz w:val="17"/>
              </w:rPr>
              <w:t>☐</w:t>
            </w:r>
          </w:p>
        </w:tc>
      </w:tr>
      <w:tr w:rsidR="00B80F5C" w14:paraId="4EF593CB" w14:textId="77777777">
        <w:trPr>
          <w:jc w:val="center"/>
        </w:trPr>
        <w:tc>
          <w:tcPr>
            <w:tcW w:w="2232" w:type="dxa"/>
          </w:tcPr>
          <w:p w14:paraId="24F6F107" w14:textId="77777777" w:rsidR="00B80F5C" w:rsidRDefault="00A63A23">
            <w:r>
              <w:rPr>
                <w:sz w:val="17"/>
              </w:rPr>
              <w:t>Personal loans or lines of credit</w:t>
            </w:r>
          </w:p>
        </w:tc>
        <w:tc>
          <w:tcPr>
            <w:tcW w:w="3960" w:type="dxa"/>
          </w:tcPr>
          <w:p w14:paraId="30897029" w14:textId="77777777" w:rsidR="00B80F5C" w:rsidRDefault="00A63A23">
            <w:r>
              <w:rPr>
                <w:sz w:val="17"/>
              </w:rPr>
              <w:t>Lender, contact, payment details.</w:t>
            </w:r>
          </w:p>
        </w:tc>
        <w:tc>
          <w:tcPr>
            <w:tcW w:w="3528" w:type="dxa"/>
          </w:tcPr>
          <w:p w14:paraId="23A0ADD6" w14:textId="77777777" w:rsidR="00B80F5C" w:rsidRDefault="00B80F5C"/>
        </w:tc>
        <w:tc>
          <w:tcPr>
            <w:tcW w:w="648" w:type="dxa"/>
          </w:tcPr>
          <w:p w14:paraId="6639B585" w14:textId="77777777" w:rsidR="00B80F5C" w:rsidRDefault="00A63A23">
            <w:r>
              <w:rPr>
                <w:sz w:val="17"/>
              </w:rPr>
              <w:t>☐</w:t>
            </w:r>
          </w:p>
        </w:tc>
      </w:tr>
      <w:tr w:rsidR="00B80F5C" w14:paraId="514E6BD3" w14:textId="77777777">
        <w:trPr>
          <w:jc w:val="center"/>
        </w:trPr>
        <w:tc>
          <w:tcPr>
            <w:tcW w:w="2232" w:type="dxa"/>
          </w:tcPr>
          <w:p w14:paraId="3E33C2D7" w14:textId="77777777" w:rsidR="00B80F5C" w:rsidRDefault="00A63A23">
            <w:r>
              <w:rPr>
                <w:sz w:val="17"/>
              </w:rPr>
              <w:t>Utilities</w:t>
            </w:r>
          </w:p>
        </w:tc>
        <w:tc>
          <w:tcPr>
            <w:tcW w:w="3960" w:type="dxa"/>
          </w:tcPr>
          <w:p w14:paraId="62C681C1" w14:textId="77777777" w:rsidR="00B80F5C" w:rsidRDefault="00A63A23">
            <w:r>
              <w:rPr>
                <w:sz w:val="17"/>
              </w:rPr>
              <w:t>Electric, gas, water, trash, internet, phone; account holder and autopay info.</w:t>
            </w:r>
          </w:p>
        </w:tc>
        <w:tc>
          <w:tcPr>
            <w:tcW w:w="3528" w:type="dxa"/>
          </w:tcPr>
          <w:p w14:paraId="746CA62C" w14:textId="77777777" w:rsidR="00B80F5C" w:rsidRDefault="00B80F5C"/>
        </w:tc>
        <w:tc>
          <w:tcPr>
            <w:tcW w:w="648" w:type="dxa"/>
          </w:tcPr>
          <w:p w14:paraId="072FD6C1" w14:textId="77777777" w:rsidR="00B80F5C" w:rsidRDefault="00A63A23">
            <w:r>
              <w:rPr>
                <w:sz w:val="17"/>
              </w:rPr>
              <w:t>☐</w:t>
            </w:r>
          </w:p>
        </w:tc>
      </w:tr>
      <w:tr w:rsidR="00B80F5C" w14:paraId="5F2B2605" w14:textId="77777777">
        <w:trPr>
          <w:jc w:val="center"/>
        </w:trPr>
        <w:tc>
          <w:tcPr>
            <w:tcW w:w="2232" w:type="dxa"/>
          </w:tcPr>
          <w:p w14:paraId="488B62F5" w14:textId="77777777" w:rsidR="00B80F5C" w:rsidRDefault="00A63A23">
            <w:r>
              <w:rPr>
                <w:sz w:val="17"/>
              </w:rPr>
              <w:t>Subscriptions and memberships</w:t>
            </w:r>
          </w:p>
        </w:tc>
        <w:tc>
          <w:tcPr>
            <w:tcW w:w="3960" w:type="dxa"/>
          </w:tcPr>
          <w:p w14:paraId="26601AA9" w14:textId="77777777" w:rsidR="00B80F5C" w:rsidRDefault="00A63A23">
            <w:r>
              <w:rPr>
                <w:sz w:val="17"/>
              </w:rPr>
              <w:t>Streaming, gyms, clubs, professional dues, newspapers.</w:t>
            </w:r>
          </w:p>
        </w:tc>
        <w:tc>
          <w:tcPr>
            <w:tcW w:w="3528" w:type="dxa"/>
          </w:tcPr>
          <w:p w14:paraId="4FEB8E13" w14:textId="77777777" w:rsidR="00B80F5C" w:rsidRDefault="00B80F5C"/>
        </w:tc>
        <w:tc>
          <w:tcPr>
            <w:tcW w:w="648" w:type="dxa"/>
          </w:tcPr>
          <w:p w14:paraId="1AB65016" w14:textId="77777777" w:rsidR="00B80F5C" w:rsidRDefault="00A63A23">
            <w:r>
              <w:rPr>
                <w:sz w:val="17"/>
              </w:rPr>
              <w:t>☐</w:t>
            </w:r>
          </w:p>
        </w:tc>
      </w:tr>
      <w:tr w:rsidR="00B80F5C" w14:paraId="336211F0" w14:textId="77777777">
        <w:trPr>
          <w:jc w:val="center"/>
        </w:trPr>
        <w:tc>
          <w:tcPr>
            <w:tcW w:w="2232" w:type="dxa"/>
          </w:tcPr>
          <w:p w14:paraId="155E7957" w14:textId="77777777" w:rsidR="00B80F5C" w:rsidRDefault="00A63A23">
            <w:r>
              <w:rPr>
                <w:sz w:val="17"/>
              </w:rPr>
              <w:t>Property taxes</w:t>
            </w:r>
          </w:p>
        </w:tc>
        <w:tc>
          <w:tcPr>
            <w:tcW w:w="3960" w:type="dxa"/>
          </w:tcPr>
          <w:p w14:paraId="6461CB2E" w14:textId="77777777" w:rsidR="00B80F5C" w:rsidRDefault="00A63A23">
            <w:r>
              <w:rPr>
                <w:sz w:val="17"/>
              </w:rPr>
              <w:t>County/tax office, payment status, exemptions/deferrals.</w:t>
            </w:r>
          </w:p>
        </w:tc>
        <w:tc>
          <w:tcPr>
            <w:tcW w:w="3528" w:type="dxa"/>
          </w:tcPr>
          <w:p w14:paraId="16BC95FB" w14:textId="77777777" w:rsidR="00B80F5C" w:rsidRDefault="00B80F5C"/>
        </w:tc>
        <w:tc>
          <w:tcPr>
            <w:tcW w:w="648" w:type="dxa"/>
          </w:tcPr>
          <w:p w14:paraId="5BD271BC" w14:textId="77777777" w:rsidR="00B80F5C" w:rsidRDefault="00A63A23">
            <w:r>
              <w:rPr>
                <w:sz w:val="17"/>
              </w:rPr>
              <w:t>☐</w:t>
            </w:r>
          </w:p>
        </w:tc>
      </w:tr>
      <w:tr w:rsidR="00B80F5C" w14:paraId="539B31E7" w14:textId="77777777">
        <w:trPr>
          <w:jc w:val="center"/>
        </w:trPr>
        <w:tc>
          <w:tcPr>
            <w:tcW w:w="2232" w:type="dxa"/>
          </w:tcPr>
          <w:p w14:paraId="5456F974" w14:textId="77777777" w:rsidR="00B80F5C" w:rsidRDefault="00A63A23">
            <w:r>
              <w:rPr>
                <w:sz w:val="17"/>
              </w:rPr>
              <w:t>HOA or condo dues</w:t>
            </w:r>
          </w:p>
        </w:tc>
        <w:tc>
          <w:tcPr>
            <w:tcW w:w="3960" w:type="dxa"/>
          </w:tcPr>
          <w:p w14:paraId="27ACCC1B" w14:textId="77777777" w:rsidR="00B80F5C" w:rsidRDefault="00A63A23">
            <w:r>
              <w:rPr>
                <w:sz w:val="17"/>
              </w:rPr>
              <w:t>Management company, payment schedule.</w:t>
            </w:r>
          </w:p>
        </w:tc>
        <w:tc>
          <w:tcPr>
            <w:tcW w:w="3528" w:type="dxa"/>
          </w:tcPr>
          <w:p w14:paraId="2B1EF00B" w14:textId="77777777" w:rsidR="00B80F5C" w:rsidRDefault="00B80F5C"/>
        </w:tc>
        <w:tc>
          <w:tcPr>
            <w:tcW w:w="648" w:type="dxa"/>
          </w:tcPr>
          <w:p w14:paraId="5CEB8D5E" w14:textId="77777777" w:rsidR="00B80F5C" w:rsidRDefault="00A63A23">
            <w:r>
              <w:rPr>
                <w:sz w:val="17"/>
              </w:rPr>
              <w:t>☐</w:t>
            </w:r>
          </w:p>
        </w:tc>
      </w:tr>
      <w:tr w:rsidR="00B80F5C" w14:paraId="7699CD17" w14:textId="77777777">
        <w:trPr>
          <w:jc w:val="center"/>
        </w:trPr>
        <w:tc>
          <w:tcPr>
            <w:tcW w:w="2232" w:type="dxa"/>
          </w:tcPr>
          <w:p w14:paraId="03D65432" w14:textId="77777777" w:rsidR="00B80F5C" w:rsidRDefault="00A63A23">
            <w:r>
              <w:rPr>
                <w:sz w:val="17"/>
              </w:rPr>
              <w:t>Business debts or guarantees</w:t>
            </w:r>
          </w:p>
        </w:tc>
        <w:tc>
          <w:tcPr>
            <w:tcW w:w="3960" w:type="dxa"/>
          </w:tcPr>
          <w:p w14:paraId="5068BD82" w14:textId="77777777" w:rsidR="00B80F5C" w:rsidRDefault="00A63A23">
            <w:r>
              <w:rPr>
                <w:sz w:val="17"/>
              </w:rPr>
              <w:t>Lender, obligation type, contact.</w:t>
            </w:r>
          </w:p>
        </w:tc>
        <w:tc>
          <w:tcPr>
            <w:tcW w:w="3528" w:type="dxa"/>
          </w:tcPr>
          <w:p w14:paraId="5D3AF8AB" w14:textId="77777777" w:rsidR="00B80F5C" w:rsidRDefault="00B80F5C"/>
        </w:tc>
        <w:tc>
          <w:tcPr>
            <w:tcW w:w="648" w:type="dxa"/>
          </w:tcPr>
          <w:p w14:paraId="3A62AD29" w14:textId="77777777" w:rsidR="00B80F5C" w:rsidRDefault="00A63A23">
            <w:r>
              <w:rPr>
                <w:sz w:val="17"/>
              </w:rPr>
              <w:t>☐</w:t>
            </w:r>
          </w:p>
        </w:tc>
      </w:tr>
    </w:tbl>
    <w:p w14:paraId="055DEB56" w14:textId="77777777" w:rsidR="00B80F5C" w:rsidRDefault="00B80F5C"/>
    <w:p w14:paraId="7F19FF01" w14:textId="77777777" w:rsidR="00B80F5C" w:rsidRDefault="00A63A23">
      <w:r>
        <w:rPr>
          <w:b/>
          <w:sz w:val="22"/>
        </w:rPr>
        <w:t>Digital Accounts and Devices</w:t>
      </w:r>
    </w:p>
    <w:tbl>
      <w:tblPr>
        <w:tblStyle w:val="TableGrid"/>
        <w:tblW w:w="0" w:type="auto"/>
        <w:jc w:val="center"/>
        <w:tblLook w:val="04A0" w:firstRow="1" w:lastRow="0" w:firstColumn="1" w:lastColumn="0" w:noHBand="0" w:noVBand="1"/>
      </w:tblPr>
      <w:tblGrid>
        <w:gridCol w:w="2207"/>
        <w:gridCol w:w="3905"/>
        <w:gridCol w:w="3454"/>
        <w:gridCol w:w="648"/>
      </w:tblGrid>
      <w:tr w:rsidR="00B80F5C" w14:paraId="6C089926" w14:textId="77777777">
        <w:trPr>
          <w:jc w:val="center"/>
        </w:trPr>
        <w:tc>
          <w:tcPr>
            <w:tcW w:w="2232" w:type="dxa"/>
            <w:shd w:val="clear" w:color="auto" w:fill="D9EAF7"/>
            <w:vAlign w:val="center"/>
          </w:tcPr>
          <w:p w14:paraId="2358D57B" w14:textId="77777777" w:rsidR="00B80F5C" w:rsidRDefault="00A63A23">
            <w:r>
              <w:rPr>
                <w:b/>
                <w:sz w:val="17"/>
              </w:rPr>
              <w:t>Item</w:t>
            </w:r>
          </w:p>
        </w:tc>
        <w:tc>
          <w:tcPr>
            <w:tcW w:w="3960" w:type="dxa"/>
            <w:shd w:val="clear" w:color="auto" w:fill="D9EAF7"/>
            <w:vAlign w:val="center"/>
          </w:tcPr>
          <w:p w14:paraId="22029CF0" w14:textId="77777777" w:rsidR="00B80F5C" w:rsidRDefault="00A63A23">
            <w:r>
              <w:rPr>
                <w:b/>
                <w:sz w:val="17"/>
              </w:rPr>
              <w:t>What to List / Explain</w:t>
            </w:r>
          </w:p>
        </w:tc>
        <w:tc>
          <w:tcPr>
            <w:tcW w:w="3528" w:type="dxa"/>
            <w:shd w:val="clear" w:color="auto" w:fill="D9EAF7"/>
            <w:vAlign w:val="center"/>
          </w:tcPr>
          <w:p w14:paraId="594B6114" w14:textId="77777777" w:rsidR="00B80F5C" w:rsidRDefault="00A63A23">
            <w:r>
              <w:rPr>
                <w:b/>
                <w:sz w:val="17"/>
              </w:rPr>
              <w:t>Location / Contact / Notes</w:t>
            </w:r>
          </w:p>
        </w:tc>
        <w:tc>
          <w:tcPr>
            <w:tcW w:w="648" w:type="dxa"/>
            <w:shd w:val="clear" w:color="auto" w:fill="D9EAF7"/>
            <w:vAlign w:val="center"/>
          </w:tcPr>
          <w:p w14:paraId="3BD81774" w14:textId="77777777" w:rsidR="00B80F5C" w:rsidRDefault="00A63A23">
            <w:r>
              <w:rPr>
                <w:b/>
                <w:sz w:val="17"/>
              </w:rPr>
              <w:t>Done</w:t>
            </w:r>
          </w:p>
        </w:tc>
      </w:tr>
      <w:tr w:rsidR="00B80F5C" w14:paraId="40ABF3DE" w14:textId="77777777">
        <w:trPr>
          <w:jc w:val="center"/>
        </w:trPr>
        <w:tc>
          <w:tcPr>
            <w:tcW w:w="2232" w:type="dxa"/>
          </w:tcPr>
          <w:p w14:paraId="20E8491B" w14:textId="77777777" w:rsidR="00B80F5C" w:rsidRDefault="00A63A23">
            <w:r>
              <w:rPr>
                <w:sz w:val="17"/>
              </w:rPr>
              <w:t>Primary email accounts</w:t>
            </w:r>
          </w:p>
        </w:tc>
        <w:tc>
          <w:tcPr>
            <w:tcW w:w="3960" w:type="dxa"/>
          </w:tcPr>
          <w:p w14:paraId="0A4965DB" w14:textId="77777777" w:rsidR="00B80F5C" w:rsidRDefault="00A63A23">
            <w:r>
              <w:rPr>
                <w:sz w:val="17"/>
              </w:rPr>
              <w:t>Email addresses and where recovery information is stored.</w:t>
            </w:r>
          </w:p>
        </w:tc>
        <w:tc>
          <w:tcPr>
            <w:tcW w:w="3528" w:type="dxa"/>
          </w:tcPr>
          <w:p w14:paraId="3CD53C41" w14:textId="77777777" w:rsidR="00B80F5C" w:rsidRDefault="00B80F5C"/>
        </w:tc>
        <w:tc>
          <w:tcPr>
            <w:tcW w:w="648" w:type="dxa"/>
          </w:tcPr>
          <w:p w14:paraId="5B755E35" w14:textId="77777777" w:rsidR="00B80F5C" w:rsidRDefault="00A63A23">
            <w:r>
              <w:rPr>
                <w:sz w:val="17"/>
              </w:rPr>
              <w:t>☐</w:t>
            </w:r>
          </w:p>
        </w:tc>
      </w:tr>
      <w:tr w:rsidR="00B80F5C" w14:paraId="6EAF73C2" w14:textId="77777777">
        <w:trPr>
          <w:jc w:val="center"/>
        </w:trPr>
        <w:tc>
          <w:tcPr>
            <w:tcW w:w="2232" w:type="dxa"/>
          </w:tcPr>
          <w:p w14:paraId="1FB7529C" w14:textId="77777777" w:rsidR="00B80F5C" w:rsidRDefault="00A63A23">
            <w:r>
              <w:rPr>
                <w:sz w:val="17"/>
              </w:rPr>
              <w:t>Mobile phone</w:t>
            </w:r>
          </w:p>
        </w:tc>
        <w:tc>
          <w:tcPr>
            <w:tcW w:w="3960" w:type="dxa"/>
          </w:tcPr>
          <w:p w14:paraId="56E8DEAC" w14:textId="77777777" w:rsidR="00B80F5C" w:rsidRPr="009E3F98" w:rsidRDefault="00A63A23">
            <w:pPr>
              <w:rPr>
                <w:lang w:val="fr-FR"/>
              </w:rPr>
            </w:pPr>
            <w:r w:rsidRPr="009E3F98">
              <w:rPr>
                <w:sz w:val="17"/>
                <w:lang w:val="fr-FR"/>
              </w:rPr>
              <w:t>Carrier, device location, passcode storage instructions.</w:t>
            </w:r>
          </w:p>
        </w:tc>
        <w:tc>
          <w:tcPr>
            <w:tcW w:w="3528" w:type="dxa"/>
          </w:tcPr>
          <w:p w14:paraId="3EB34892" w14:textId="77777777" w:rsidR="00B80F5C" w:rsidRPr="009E3F98" w:rsidRDefault="00B80F5C">
            <w:pPr>
              <w:rPr>
                <w:lang w:val="fr-FR"/>
              </w:rPr>
            </w:pPr>
          </w:p>
        </w:tc>
        <w:tc>
          <w:tcPr>
            <w:tcW w:w="648" w:type="dxa"/>
          </w:tcPr>
          <w:p w14:paraId="7EF3EBF1" w14:textId="77777777" w:rsidR="00B80F5C" w:rsidRDefault="00A63A23">
            <w:r>
              <w:rPr>
                <w:sz w:val="17"/>
              </w:rPr>
              <w:t>☐</w:t>
            </w:r>
          </w:p>
        </w:tc>
      </w:tr>
      <w:tr w:rsidR="00B80F5C" w14:paraId="1BA1BA39" w14:textId="77777777">
        <w:trPr>
          <w:jc w:val="center"/>
        </w:trPr>
        <w:tc>
          <w:tcPr>
            <w:tcW w:w="2232" w:type="dxa"/>
          </w:tcPr>
          <w:p w14:paraId="5BF8D961" w14:textId="77777777" w:rsidR="00B80F5C" w:rsidRDefault="00A63A23">
            <w:r>
              <w:rPr>
                <w:sz w:val="17"/>
              </w:rPr>
              <w:t>Computers and tablets</w:t>
            </w:r>
          </w:p>
        </w:tc>
        <w:tc>
          <w:tcPr>
            <w:tcW w:w="3960" w:type="dxa"/>
          </w:tcPr>
          <w:p w14:paraId="74B83A79" w14:textId="77777777" w:rsidR="00B80F5C" w:rsidRDefault="00A63A23">
            <w:r>
              <w:rPr>
                <w:sz w:val="17"/>
              </w:rPr>
              <w:t>Device locations and backup instructions.</w:t>
            </w:r>
          </w:p>
        </w:tc>
        <w:tc>
          <w:tcPr>
            <w:tcW w:w="3528" w:type="dxa"/>
          </w:tcPr>
          <w:p w14:paraId="5AA824CC" w14:textId="77777777" w:rsidR="00B80F5C" w:rsidRDefault="00B80F5C"/>
        </w:tc>
        <w:tc>
          <w:tcPr>
            <w:tcW w:w="648" w:type="dxa"/>
          </w:tcPr>
          <w:p w14:paraId="7F989539" w14:textId="77777777" w:rsidR="00B80F5C" w:rsidRDefault="00A63A23">
            <w:r>
              <w:rPr>
                <w:sz w:val="17"/>
              </w:rPr>
              <w:t>☐</w:t>
            </w:r>
          </w:p>
        </w:tc>
      </w:tr>
      <w:tr w:rsidR="00B80F5C" w14:paraId="3F35B173" w14:textId="77777777">
        <w:trPr>
          <w:jc w:val="center"/>
        </w:trPr>
        <w:tc>
          <w:tcPr>
            <w:tcW w:w="2232" w:type="dxa"/>
          </w:tcPr>
          <w:p w14:paraId="2671E2C4" w14:textId="77777777" w:rsidR="00B80F5C" w:rsidRDefault="00A63A23">
            <w:r>
              <w:rPr>
                <w:sz w:val="17"/>
              </w:rPr>
              <w:t>Cloud storage</w:t>
            </w:r>
          </w:p>
        </w:tc>
        <w:tc>
          <w:tcPr>
            <w:tcW w:w="3960" w:type="dxa"/>
          </w:tcPr>
          <w:p w14:paraId="7A154CAC" w14:textId="77777777" w:rsidR="00B80F5C" w:rsidRDefault="00A63A23">
            <w:r>
              <w:rPr>
                <w:sz w:val="17"/>
              </w:rPr>
              <w:t>iCloud, Google Drive, OneDrive, Dropbox; folder locations.</w:t>
            </w:r>
          </w:p>
        </w:tc>
        <w:tc>
          <w:tcPr>
            <w:tcW w:w="3528" w:type="dxa"/>
          </w:tcPr>
          <w:p w14:paraId="1E2B49AA" w14:textId="77777777" w:rsidR="00B80F5C" w:rsidRDefault="00B80F5C"/>
        </w:tc>
        <w:tc>
          <w:tcPr>
            <w:tcW w:w="648" w:type="dxa"/>
          </w:tcPr>
          <w:p w14:paraId="7DB5B6E0" w14:textId="77777777" w:rsidR="00B80F5C" w:rsidRDefault="00A63A23">
            <w:r>
              <w:rPr>
                <w:sz w:val="17"/>
              </w:rPr>
              <w:t>☐</w:t>
            </w:r>
          </w:p>
        </w:tc>
      </w:tr>
      <w:tr w:rsidR="00B80F5C" w14:paraId="4B94B9AE" w14:textId="77777777">
        <w:trPr>
          <w:jc w:val="center"/>
        </w:trPr>
        <w:tc>
          <w:tcPr>
            <w:tcW w:w="2232" w:type="dxa"/>
          </w:tcPr>
          <w:p w14:paraId="09E56F35" w14:textId="77777777" w:rsidR="00B80F5C" w:rsidRDefault="00A63A23">
            <w:r>
              <w:rPr>
                <w:sz w:val="17"/>
              </w:rPr>
              <w:t>Password manager</w:t>
            </w:r>
          </w:p>
        </w:tc>
        <w:tc>
          <w:tcPr>
            <w:tcW w:w="3960" w:type="dxa"/>
          </w:tcPr>
          <w:p w14:paraId="41E80358" w14:textId="77777777" w:rsidR="00B80F5C" w:rsidRDefault="00A63A23">
            <w:r>
              <w:rPr>
                <w:sz w:val="17"/>
              </w:rPr>
              <w:t>Service name, emergency access contact, recovery instructions.</w:t>
            </w:r>
          </w:p>
        </w:tc>
        <w:tc>
          <w:tcPr>
            <w:tcW w:w="3528" w:type="dxa"/>
          </w:tcPr>
          <w:p w14:paraId="7CD51E8E" w14:textId="77777777" w:rsidR="00B80F5C" w:rsidRDefault="00B80F5C"/>
        </w:tc>
        <w:tc>
          <w:tcPr>
            <w:tcW w:w="648" w:type="dxa"/>
          </w:tcPr>
          <w:p w14:paraId="17023AC1" w14:textId="77777777" w:rsidR="00B80F5C" w:rsidRDefault="00A63A23">
            <w:r>
              <w:rPr>
                <w:sz w:val="17"/>
              </w:rPr>
              <w:t>☐</w:t>
            </w:r>
          </w:p>
        </w:tc>
      </w:tr>
      <w:tr w:rsidR="00B80F5C" w14:paraId="1F357BB2" w14:textId="77777777">
        <w:trPr>
          <w:jc w:val="center"/>
        </w:trPr>
        <w:tc>
          <w:tcPr>
            <w:tcW w:w="2232" w:type="dxa"/>
          </w:tcPr>
          <w:p w14:paraId="23A43190" w14:textId="77777777" w:rsidR="00B80F5C" w:rsidRDefault="00A63A23">
            <w:r>
              <w:rPr>
                <w:sz w:val="17"/>
              </w:rPr>
              <w:t>Social media accounts</w:t>
            </w:r>
          </w:p>
        </w:tc>
        <w:tc>
          <w:tcPr>
            <w:tcW w:w="3960" w:type="dxa"/>
          </w:tcPr>
          <w:p w14:paraId="6D0E239F" w14:textId="77777777" w:rsidR="00B80F5C" w:rsidRDefault="00A63A23">
            <w:r>
              <w:rPr>
                <w:sz w:val="17"/>
              </w:rPr>
              <w:t>Facebook, Instagram, LinkedIn, X, etc.; memorialization/deletion wishes.</w:t>
            </w:r>
          </w:p>
        </w:tc>
        <w:tc>
          <w:tcPr>
            <w:tcW w:w="3528" w:type="dxa"/>
          </w:tcPr>
          <w:p w14:paraId="52798173" w14:textId="77777777" w:rsidR="00B80F5C" w:rsidRDefault="00B80F5C"/>
        </w:tc>
        <w:tc>
          <w:tcPr>
            <w:tcW w:w="648" w:type="dxa"/>
          </w:tcPr>
          <w:p w14:paraId="1A67E7D4" w14:textId="77777777" w:rsidR="00B80F5C" w:rsidRDefault="00A63A23">
            <w:r>
              <w:rPr>
                <w:sz w:val="17"/>
              </w:rPr>
              <w:t>☐</w:t>
            </w:r>
          </w:p>
        </w:tc>
      </w:tr>
      <w:tr w:rsidR="00B80F5C" w14:paraId="6D84036E" w14:textId="77777777">
        <w:trPr>
          <w:jc w:val="center"/>
        </w:trPr>
        <w:tc>
          <w:tcPr>
            <w:tcW w:w="2232" w:type="dxa"/>
          </w:tcPr>
          <w:p w14:paraId="61D720AC" w14:textId="77777777" w:rsidR="00B80F5C" w:rsidRDefault="00A63A23">
            <w:r>
              <w:rPr>
                <w:sz w:val="17"/>
              </w:rPr>
              <w:t>Cryptocurrency / digital wallets</w:t>
            </w:r>
          </w:p>
        </w:tc>
        <w:tc>
          <w:tcPr>
            <w:tcW w:w="3960" w:type="dxa"/>
          </w:tcPr>
          <w:p w14:paraId="150D4B7E" w14:textId="77777777" w:rsidR="00B80F5C" w:rsidRDefault="00A63A23">
            <w:r>
              <w:rPr>
                <w:sz w:val="17"/>
              </w:rPr>
              <w:t>Exchange/wallet names and where access instructions are securely stored.</w:t>
            </w:r>
          </w:p>
        </w:tc>
        <w:tc>
          <w:tcPr>
            <w:tcW w:w="3528" w:type="dxa"/>
          </w:tcPr>
          <w:p w14:paraId="3A15CE8E" w14:textId="77777777" w:rsidR="00B80F5C" w:rsidRDefault="00B80F5C"/>
        </w:tc>
        <w:tc>
          <w:tcPr>
            <w:tcW w:w="648" w:type="dxa"/>
          </w:tcPr>
          <w:p w14:paraId="71A1F6BF" w14:textId="77777777" w:rsidR="00B80F5C" w:rsidRDefault="00A63A23">
            <w:r>
              <w:rPr>
                <w:sz w:val="17"/>
              </w:rPr>
              <w:t>☐</w:t>
            </w:r>
          </w:p>
        </w:tc>
      </w:tr>
      <w:tr w:rsidR="00B80F5C" w14:paraId="69C691F6" w14:textId="77777777">
        <w:trPr>
          <w:jc w:val="center"/>
        </w:trPr>
        <w:tc>
          <w:tcPr>
            <w:tcW w:w="2232" w:type="dxa"/>
          </w:tcPr>
          <w:p w14:paraId="7C849183" w14:textId="77777777" w:rsidR="00B80F5C" w:rsidRDefault="00A63A23">
            <w:r>
              <w:rPr>
                <w:sz w:val="17"/>
              </w:rPr>
              <w:t>Domain names / websites</w:t>
            </w:r>
          </w:p>
        </w:tc>
        <w:tc>
          <w:tcPr>
            <w:tcW w:w="3960" w:type="dxa"/>
          </w:tcPr>
          <w:p w14:paraId="04CF46DB" w14:textId="77777777" w:rsidR="00B80F5C" w:rsidRDefault="00A63A23">
            <w:r>
              <w:rPr>
                <w:sz w:val="17"/>
              </w:rPr>
              <w:t>Registrar, hosting provider, renewal payment details.</w:t>
            </w:r>
          </w:p>
        </w:tc>
        <w:tc>
          <w:tcPr>
            <w:tcW w:w="3528" w:type="dxa"/>
          </w:tcPr>
          <w:p w14:paraId="1EDDE134" w14:textId="77777777" w:rsidR="00B80F5C" w:rsidRDefault="00B80F5C"/>
        </w:tc>
        <w:tc>
          <w:tcPr>
            <w:tcW w:w="648" w:type="dxa"/>
          </w:tcPr>
          <w:p w14:paraId="411550B9" w14:textId="77777777" w:rsidR="00B80F5C" w:rsidRDefault="00A63A23">
            <w:r>
              <w:rPr>
                <w:sz w:val="17"/>
              </w:rPr>
              <w:t>☐</w:t>
            </w:r>
          </w:p>
        </w:tc>
      </w:tr>
    </w:tbl>
    <w:p w14:paraId="01DA7286" w14:textId="77777777" w:rsidR="00B80F5C" w:rsidRDefault="00B80F5C"/>
    <w:p w14:paraId="10E1B91F" w14:textId="77777777" w:rsidR="009E3F98" w:rsidRDefault="009E3F98">
      <w:pPr>
        <w:rPr>
          <w:b/>
          <w:sz w:val="22"/>
        </w:rPr>
      </w:pPr>
    </w:p>
    <w:p w14:paraId="73A8628F" w14:textId="77777777" w:rsidR="009E3F98" w:rsidRDefault="009E3F98">
      <w:pPr>
        <w:rPr>
          <w:b/>
          <w:sz w:val="22"/>
        </w:rPr>
      </w:pPr>
    </w:p>
    <w:p w14:paraId="34681E3A" w14:textId="3E879D3F" w:rsidR="00B80F5C" w:rsidRDefault="00A63A23">
      <w:r>
        <w:rPr>
          <w:b/>
          <w:sz w:val="22"/>
        </w:rPr>
        <w:lastRenderedPageBreak/>
        <w:t>Business, Employment, and Tax Information</w:t>
      </w:r>
    </w:p>
    <w:tbl>
      <w:tblPr>
        <w:tblStyle w:val="TableGrid"/>
        <w:tblW w:w="0" w:type="auto"/>
        <w:jc w:val="center"/>
        <w:tblLook w:val="04A0" w:firstRow="1" w:lastRow="0" w:firstColumn="1" w:lastColumn="0" w:noHBand="0" w:noVBand="1"/>
      </w:tblPr>
      <w:tblGrid>
        <w:gridCol w:w="2214"/>
        <w:gridCol w:w="3909"/>
        <w:gridCol w:w="3443"/>
        <w:gridCol w:w="648"/>
      </w:tblGrid>
      <w:tr w:rsidR="00B80F5C" w14:paraId="601A6D2C" w14:textId="77777777">
        <w:trPr>
          <w:jc w:val="center"/>
        </w:trPr>
        <w:tc>
          <w:tcPr>
            <w:tcW w:w="2232" w:type="dxa"/>
            <w:shd w:val="clear" w:color="auto" w:fill="D9EAF7"/>
            <w:vAlign w:val="center"/>
          </w:tcPr>
          <w:p w14:paraId="195C5C9C" w14:textId="77777777" w:rsidR="00B80F5C" w:rsidRDefault="00A63A23">
            <w:r>
              <w:rPr>
                <w:b/>
                <w:sz w:val="17"/>
              </w:rPr>
              <w:t>Item</w:t>
            </w:r>
          </w:p>
        </w:tc>
        <w:tc>
          <w:tcPr>
            <w:tcW w:w="3960" w:type="dxa"/>
            <w:shd w:val="clear" w:color="auto" w:fill="D9EAF7"/>
            <w:vAlign w:val="center"/>
          </w:tcPr>
          <w:p w14:paraId="0759865F" w14:textId="77777777" w:rsidR="00B80F5C" w:rsidRDefault="00A63A23">
            <w:r>
              <w:rPr>
                <w:b/>
                <w:sz w:val="17"/>
              </w:rPr>
              <w:t>What to List / Explain</w:t>
            </w:r>
          </w:p>
        </w:tc>
        <w:tc>
          <w:tcPr>
            <w:tcW w:w="3528" w:type="dxa"/>
            <w:shd w:val="clear" w:color="auto" w:fill="D9EAF7"/>
            <w:vAlign w:val="center"/>
          </w:tcPr>
          <w:p w14:paraId="108498BF" w14:textId="77777777" w:rsidR="00B80F5C" w:rsidRDefault="00A63A23">
            <w:r>
              <w:rPr>
                <w:b/>
                <w:sz w:val="17"/>
              </w:rPr>
              <w:t>Location / Contact / Notes</w:t>
            </w:r>
          </w:p>
        </w:tc>
        <w:tc>
          <w:tcPr>
            <w:tcW w:w="648" w:type="dxa"/>
            <w:shd w:val="clear" w:color="auto" w:fill="D9EAF7"/>
            <w:vAlign w:val="center"/>
          </w:tcPr>
          <w:p w14:paraId="49E48DA2" w14:textId="77777777" w:rsidR="00B80F5C" w:rsidRDefault="00A63A23">
            <w:r>
              <w:rPr>
                <w:b/>
                <w:sz w:val="17"/>
              </w:rPr>
              <w:t>Done</w:t>
            </w:r>
          </w:p>
        </w:tc>
      </w:tr>
      <w:tr w:rsidR="00B80F5C" w14:paraId="0D0F5770" w14:textId="77777777">
        <w:trPr>
          <w:jc w:val="center"/>
        </w:trPr>
        <w:tc>
          <w:tcPr>
            <w:tcW w:w="2232" w:type="dxa"/>
          </w:tcPr>
          <w:p w14:paraId="70DB0B58" w14:textId="77777777" w:rsidR="00B80F5C" w:rsidRDefault="00A63A23">
            <w:r>
              <w:rPr>
                <w:sz w:val="17"/>
              </w:rPr>
              <w:t>Current employer or former employer benefits</w:t>
            </w:r>
          </w:p>
        </w:tc>
        <w:tc>
          <w:tcPr>
            <w:tcW w:w="3960" w:type="dxa"/>
          </w:tcPr>
          <w:p w14:paraId="1E4F316C" w14:textId="77777777" w:rsidR="00B80F5C" w:rsidRPr="009E3F98" w:rsidRDefault="00A63A23">
            <w:pPr>
              <w:rPr>
                <w:lang w:val="fr-FR"/>
              </w:rPr>
            </w:pPr>
            <w:r w:rsidRPr="009E3F98">
              <w:rPr>
                <w:sz w:val="17"/>
                <w:lang w:val="fr-FR"/>
              </w:rPr>
              <w:t>HR contact, pension/retirement/insurance information.</w:t>
            </w:r>
          </w:p>
        </w:tc>
        <w:tc>
          <w:tcPr>
            <w:tcW w:w="3528" w:type="dxa"/>
          </w:tcPr>
          <w:p w14:paraId="5F27B8DA" w14:textId="77777777" w:rsidR="00B80F5C" w:rsidRPr="009E3F98" w:rsidRDefault="00B80F5C">
            <w:pPr>
              <w:rPr>
                <w:lang w:val="fr-FR"/>
              </w:rPr>
            </w:pPr>
          </w:p>
        </w:tc>
        <w:tc>
          <w:tcPr>
            <w:tcW w:w="648" w:type="dxa"/>
          </w:tcPr>
          <w:p w14:paraId="11EB5B04" w14:textId="77777777" w:rsidR="00B80F5C" w:rsidRDefault="00A63A23">
            <w:r>
              <w:rPr>
                <w:sz w:val="17"/>
              </w:rPr>
              <w:t>☐</w:t>
            </w:r>
          </w:p>
        </w:tc>
      </w:tr>
      <w:tr w:rsidR="00B80F5C" w14:paraId="2DE329F5" w14:textId="77777777">
        <w:trPr>
          <w:jc w:val="center"/>
        </w:trPr>
        <w:tc>
          <w:tcPr>
            <w:tcW w:w="2232" w:type="dxa"/>
          </w:tcPr>
          <w:p w14:paraId="209A12E5" w14:textId="77777777" w:rsidR="00B80F5C" w:rsidRDefault="00A63A23">
            <w:r>
              <w:rPr>
                <w:sz w:val="17"/>
              </w:rPr>
              <w:t>Business ownership interests</w:t>
            </w:r>
          </w:p>
        </w:tc>
        <w:tc>
          <w:tcPr>
            <w:tcW w:w="3960" w:type="dxa"/>
          </w:tcPr>
          <w:p w14:paraId="51D39F4D" w14:textId="77777777" w:rsidR="00B80F5C" w:rsidRDefault="00A63A23">
            <w:r>
              <w:rPr>
                <w:sz w:val="17"/>
              </w:rPr>
              <w:t>Company name, partners, operating agreement location, accountant/lawyer contacts.</w:t>
            </w:r>
          </w:p>
        </w:tc>
        <w:tc>
          <w:tcPr>
            <w:tcW w:w="3528" w:type="dxa"/>
          </w:tcPr>
          <w:p w14:paraId="3E932B15" w14:textId="77777777" w:rsidR="00B80F5C" w:rsidRDefault="00B80F5C"/>
        </w:tc>
        <w:tc>
          <w:tcPr>
            <w:tcW w:w="648" w:type="dxa"/>
          </w:tcPr>
          <w:p w14:paraId="2EE8A3DD" w14:textId="77777777" w:rsidR="00B80F5C" w:rsidRDefault="00A63A23">
            <w:r>
              <w:rPr>
                <w:sz w:val="17"/>
              </w:rPr>
              <w:t>☐</w:t>
            </w:r>
          </w:p>
        </w:tc>
      </w:tr>
      <w:tr w:rsidR="00B80F5C" w14:paraId="537A0D16" w14:textId="77777777">
        <w:trPr>
          <w:jc w:val="center"/>
        </w:trPr>
        <w:tc>
          <w:tcPr>
            <w:tcW w:w="2232" w:type="dxa"/>
          </w:tcPr>
          <w:p w14:paraId="7ECD5938" w14:textId="77777777" w:rsidR="00B80F5C" w:rsidRDefault="00A63A23">
            <w:r>
              <w:rPr>
                <w:sz w:val="17"/>
              </w:rPr>
              <w:t>Professional licenses</w:t>
            </w:r>
          </w:p>
        </w:tc>
        <w:tc>
          <w:tcPr>
            <w:tcW w:w="3960" w:type="dxa"/>
          </w:tcPr>
          <w:p w14:paraId="26E4A28C" w14:textId="77777777" w:rsidR="00B80F5C" w:rsidRDefault="00A63A23">
            <w:r>
              <w:rPr>
                <w:sz w:val="17"/>
              </w:rPr>
              <w:t>Licenses, renewal information, practice/firm contacts.</w:t>
            </w:r>
          </w:p>
        </w:tc>
        <w:tc>
          <w:tcPr>
            <w:tcW w:w="3528" w:type="dxa"/>
          </w:tcPr>
          <w:p w14:paraId="2C3C893C" w14:textId="77777777" w:rsidR="00B80F5C" w:rsidRDefault="00B80F5C"/>
        </w:tc>
        <w:tc>
          <w:tcPr>
            <w:tcW w:w="648" w:type="dxa"/>
          </w:tcPr>
          <w:p w14:paraId="29699B5D" w14:textId="77777777" w:rsidR="00B80F5C" w:rsidRDefault="00A63A23">
            <w:r>
              <w:rPr>
                <w:sz w:val="17"/>
              </w:rPr>
              <w:t>☐</w:t>
            </w:r>
          </w:p>
        </w:tc>
      </w:tr>
      <w:tr w:rsidR="00B80F5C" w14:paraId="1EB6018A" w14:textId="77777777">
        <w:trPr>
          <w:jc w:val="center"/>
        </w:trPr>
        <w:tc>
          <w:tcPr>
            <w:tcW w:w="2232" w:type="dxa"/>
          </w:tcPr>
          <w:p w14:paraId="0C54D7B7" w14:textId="77777777" w:rsidR="00B80F5C" w:rsidRDefault="00A63A23">
            <w:r>
              <w:rPr>
                <w:sz w:val="17"/>
              </w:rPr>
              <w:t>Recent tax returns</w:t>
            </w:r>
          </w:p>
        </w:tc>
        <w:tc>
          <w:tcPr>
            <w:tcW w:w="3960" w:type="dxa"/>
          </w:tcPr>
          <w:p w14:paraId="2DE44F57" w14:textId="77777777" w:rsidR="00B80F5C" w:rsidRDefault="00A63A23">
            <w:r>
              <w:rPr>
                <w:sz w:val="17"/>
              </w:rPr>
              <w:t>Location of last 3–5 years of returns and supporting records.</w:t>
            </w:r>
          </w:p>
        </w:tc>
        <w:tc>
          <w:tcPr>
            <w:tcW w:w="3528" w:type="dxa"/>
          </w:tcPr>
          <w:p w14:paraId="2AC47780" w14:textId="77777777" w:rsidR="00B80F5C" w:rsidRDefault="00B80F5C"/>
        </w:tc>
        <w:tc>
          <w:tcPr>
            <w:tcW w:w="648" w:type="dxa"/>
          </w:tcPr>
          <w:p w14:paraId="4E293A7F" w14:textId="77777777" w:rsidR="00B80F5C" w:rsidRDefault="00A63A23">
            <w:r>
              <w:rPr>
                <w:sz w:val="17"/>
              </w:rPr>
              <w:t>☐</w:t>
            </w:r>
          </w:p>
        </w:tc>
      </w:tr>
      <w:tr w:rsidR="00B80F5C" w14:paraId="6933B983" w14:textId="77777777">
        <w:trPr>
          <w:jc w:val="center"/>
        </w:trPr>
        <w:tc>
          <w:tcPr>
            <w:tcW w:w="2232" w:type="dxa"/>
          </w:tcPr>
          <w:p w14:paraId="4765D816" w14:textId="77777777" w:rsidR="00B80F5C" w:rsidRDefault="00A63A23">
            <w:r>
              <w:rPr>
                <w:sz w:val="17"/>
              </w:rPr>
              <w:t>IRS/state tax notices</w:t>
            </w:r>
          </w:p>
        </w:tc>
        <w:tc>
          <w:tcPr>
            <w:tcW w:w="3960" w:type="dxa"/>
          </w:tcPr>
          <w:p w14:paraId="291F8C60" w14:textId="77777777" w:rsidR="00B80F5C" w:rsidRDefault="00A63A23">
            <w:r>
              <w:rPr>
                <w:sz w:val="17"/>
              </w:rPr>
              <w:t>Location of any pending notices or payment plans.</w:t>
            </w:r>
          </w:p>
        </w:tc>
        <w:tc>
          <w:tcPr>
            <w:tcW w:w="3528" w:type="dxa"/>
          </w:tcPr>
          <w:p w14:paraId="3A59042F" w14:textId="77777777" w:rsidR="00B80F5C" w:rsidRDefault="00B80F5C"/>
        </w:tc>
        <w:tc>
          <w:tcPr>
            <w:tcW w:w="648" w:type="dxa"/>
          </w:tcPr>
          <w:p w14:paraId="04025997" w14:textId="77777777" w:rsidR="00B80F5C" w:rsidRDefault="00A63A23">
            <w:r>
              <w:rPr>
                <w:sz w:val="17"/>
              </w:rPr>
              <w:t>☐</w:t>
            </w:r>
          </w:p>
        </w:tc>
      </w:tr>
      <w:tr w:rsidR="00B80F5C" w14:paraId="77C07FA7" w14:textId="77777777">
        <w:trPr>
          <w:jc w:val="center"/>
        </w:trPr>
        <w:tc>
          <w:tcPr>
            <w:tcW w:w="2232" w:type="dxa"/>
          </w:tcPr>
          <w:p w14:paraId="0060D79F" w14:textId="77777777" w:rsidR="00B80F5C" w:rsidRDefault="00A63A23">
            <w:r>
              <w:rPr>
                <w:sz w:val="17"/>
              </w:rPr>
              <w:t>Bookkeeper/payroll provider</w:t>
            </w:r>
          </w:p>
        </w:tc>
        <w:tc>
          <w:tcPr>
            <w:tcW w:w="3960" w:type="dxa"/>
          </w:tcPr>
          <w:p w14:paraId="1E3C99FF" w14:textId="77777777" w:rsidR="00B80F5C" w:rsidRDefault="00A63A23">
            <w:r>
              <w:rPr>
                <w:sz w:val="17"/>
              </w:rPr>
              <w:t>Contact if applicable.</w:t>
            </w:r>
          </w:p>
        </w:tc>
        <w:tc>
          <w:tcPr>
            <w:tcW w:w="3528" w:type="dxa"/>
          </w:tcPr>
          <w:p w14:paraId="15EC9E10" w14:textId="77777777" w:rsidR="00B80F5C" w:rsidRDefault="00B80F5C"/>
        </w:tc>
        <w:tc>
          <w:tcPr>
            <w:tcW w:w="648" w:type="dxa"/>
          </w:tcPr>
          <w:p w14:paraId="3178862F" w14:textId="77777777" w:rsidR="00B80F5C" w:rsidRDefault="00A63A23">
            <w:r>
              <w:rPr>
                <w:sz w:val="17"/>
              </w:rPr>
              <w:t>☐</w:t>
            </w:r>
          </w:p>
        </w:tc>
      </w:tr>
    </w:tbl>
    <w:p w14:paraId="2EEE2DEB" w14:textId="77777777" w:rsidR="00B80F5C" w:rsidRDefault="00B80F5C"/>
    <w:p w14:paraId="02645AC7" w14:textId="77777777" w:rsidR="00B80F5C" w:rsidRDefault="00A63A23">
      <w:r>
        <w:rPr>
          <w:b/>
          <w:sz w:val="22"/>
        </w:rPr>
        <w:t>Medical, Funeral, and Personal Wishes</w:t>
      </w:r>
    </w:p>
    <w:tbl>
      <w:tblPr>
        <w:tblStyle w:val="TableGrid"/>
        <w:tblW w:w="0" w:type="auto"/>
        <w:jc w:val="center"/>
        <w:tblLook w:val="04A0" w:firstRow="1" w:lastRow="0" w:firstColumn="1" w:lastColumn="0" w:noHBand="0" w:noVBand="1"/>
      </w:tblPr>
      <w:tblGrid>
        <w:gridCol w:w="2200"/>
        <w:gridCol w:w="3912"/>
        <w:gridCol w:w="3454"/>
        <w:gridCol w:w="648"/>
      </w:tblGrid>
      <w:tr w:rsidR="00B80F5C" w14:paraId="352D16B4" w14:textId="77777777">
        <w:trPr>
          <w:jc w:val="center"/>
        </w:trPr>
        <w:tc>
          <w:tcPr>
            <w:tcW w:w="2232" w:type="dxa"/>
            <w:shd w:val="clear" w:color="auto" w:fill="D9EAF7"/>
            <w:vAlign w:val="center"/>
          </w:tcPr>
          <w:p w14:paraId="5EFB45EE" w14:textId="77777777" w:rsidR="00B80F5C" w:rsidRDefault="00A63A23">
            <w:r>
              <w:rPr>
                <w:b/>
                <w:sz w:val="17"/>
              </w:rPr>
              <w:t>Item</w:t>
            </w:r>
          </w:p>
        </w:tc>
        <w:tc>
          <w:tcPr>
            <w:tcW w:w="3960" w:type="dxa"/>
            <w:shd w:val="clear" w:color="auto" w:fill="D9EAF7"/>
            <w:vAlign w:val="center"/>
          </w:tcPr>
          <w:p w14:paraId="68B699CC" w14:textId="77777777" w:rsidR="00B80F5C" w:rsidRDefault="00A63A23">
            <w:r>
              <w:rPr>
                <w:b/>
                <w:sz w:val="17"/>
              </w:rPr>
              <w:t>What to List / Explain</w:t>
            </w:r>
          </w:p>
        </w:tc>
        <w:tc>
          <w:tcPr>
            <w:tcW w:w="3528" w:type="dxa"/>
            <w:shd w:val="clear" w:color="auto" w:fill="D9EAF7"/>
            <w:vAlign w:val="center"/>
          </w:tcPr>
          <w:p w14:paraId="40370BE3" w14:textId="77777777" w:rsidR="00B80F5C" w:rsidRDefault="00A63A23">
            <w:r>
              <w:rPr>
                <w:b/>
                <w:sz w:val="17"/>
              </w:rPr>
              <w:t>Location / Contact / Notes</w:t>
            </w:r>
          </w:p>
        </w:tc>
        <w:tc>
          <w:tcPr>
            <w:tcW w:w="648" w:type="dxa"/>
            <w:shd w:val="clear" w:color="auto" w:fill="D9EAF7"/>
            <w:vAlign w:val="center"/>
          </w:tcPr>
          <w:p w14:paraId="1ACFE912" w14:textId="77777777" w:rsidR="00B80F5C" w:rsidRDefault="00A63A23">
            <w:r>
              <w:rPr>
                <w:b/>
                <w:sz w:val="17"/>
              </w:rPr>
              <w:t>Done</w:t>
            </w:r>
          </w:p>
        </w:tc>
      </w:tr>
      <w:tr w:rsidR="00B80F5C" w14:paraId="4B2EDD1D" w14:textId="77777777">
        <w:trPr>
          <w:jc w:val="center"/>
        </w:trPr>
        <w:tc>
          <w:tcPr>
            <w:tcW w:w="2232" w:type="dxa"/>
          </w:tcPr>
          <w:p w14:paraId="1DCCD5F4" w14:textId="77777777" w:rsidR="00B80F5C" w:rsidRDefault="00A63A23">
            <w:r>
              <w:rPr>
                <w:sz w:val="17"/>
              </w:rPr>
              <w:t>Doctors and medications</w:t>
            </w:r>
          </w:p>
        </w:tc>
        <w:tc>
          <w:tcPr>
            <w:tcW w:w="3960" w:type="dxa"/>
          </w:tcPr>
          <w:p w14:paraId="5638ADF5" w14:textId="77777777" w:rsidR="00B80F5C" w:rsidRDefault="00A63A23">
            <w:r>
              <w:rPr>
                <w:sz w:val="17"/>
              </w:rPr>
              <w:t>Primary doctor, specialists, pharmacy, medication list location.</w:t>
            </w:r>
          </w:p>
        </w:tc>
        <w:tc>
          <w:tcPr>
            <w:tcW w:w="3528" w:type="dxa"/>
          </w:tcPr>
          <w:p w14:paraId="5776724F" w14:textId="77777777" w:rsidR="00B80F5C" w:rsidRDefault="00B80F5C"/>
        </w:tc>
        <w:tc>
          <w:tcPr>
            <w:tcW w:w="648" w:type="dxa"/>
          </w:tcPr>
          <w:p w14:paraId="760C2686" w14:textId="77777777" w:rsidR="00B80F5C" w:rsidRDefault="00A63A23">
            <w:r>
              <w:rPr>
                <w:sz w:val="17"/>
              </w:rPr>
              <w:t>☐</w:t>
            </w:r>
          </w:p>
        </w:tc>
      </w:tr>
      <w:tr w:rsidR="00B80F5C" w14:paraId="447D92A3" w14:textId="77777777">
        <w:trPr>
          <w:jc w:val="center"/>
        </w:trPr>
        <w:tc>
          <w:tcPr>
            <w:tcW w:w="2232" w:type="dxa"/>
          </w:tcPr>
          <w:p w14:paraId="5FE573E1" w14:textId="77777777" w:rsidR="00B80F5C" w:rsidRDefault="00A63A23">
            <w:r>
              <w:rPr>
                <w:sz w:val="17"/>
              </w:rPr>
              <w:t>Preferred hospital</w:t>
            </w:r>
          </w:p>
        </w:tc>
        <w:tc>
          <w:tcPr>
            <w:tcW w:w="3960" w:type="dxa"/>
          </w:tcPr>
          <w:p w14:paraId="009B707C" w14:textId="77777777" w:rsidR="00B80F5C" w:rsidRDefault="00A63A23">
            <w:r>
              <w:rPr>
                <w:sz w:val="17"/>
              </w:rPr>
              <w:t>Hospital system and key medical contacts.</w:t>
            </w:r>
          </w:p>
        </w:tc>
        <w:tc>
          <w:tcPr>
            <w:tcW w:w="3528" w:type="dxa"/>
          </w:tcPr>
          <w:p w14:paraId="6636EE2E" w14:textId="77777777" w:rsidR="00B80F5C" w:rsidRDefault="00B80F5C"/>
        </w:tc>
        <w:tc>
          <w:tcPr>
            <w:tcW w:w="648" w:type="dxa"/>
          </w:tcPr>
          <w:p w14:paraId="645C5033" w14:textId="77777777" w:rsidR="00B80F5C" w:rsidRDefault="00A63A23">
            <w:r>
              <w:rPr>
                <w:sz w:val="17"/>
              </w:rPr>
              <w:t>☐</w:t>
            </w:r>
          </w:p>
        </w:tc>
      </w:tr>
      <w:tr w:rsidR="00B80F5C" w14:paraId="3ACEAFB2" w14:textId="77777777">
        <w:trPr>
          <w:jc w:val="center"/>
        </w:trPr>
        <w:tc>
          <w:tcPr>
            <w:tcW w:w="2232" w:type="dxa"/>
          </w:tcPr>
          <w:p w14:paraId="206F5673" w14:textId="77777777" w:rsidR="00B80F5C" w:rsidRDefault="00A63A23">
            <w:r>
              <w:rPr>
                <w:sz w:val="17"/>
              </w:rPr>
              <w:t>Organ donation wishes</w:t>
            </w:r>
          </w:p>
        </w:tc>
        <w:tc>
          <w:tcPr>
            <w:tcW w:w="3960" w:type="dxa"/>
          </w:tcPr>
          <w:p w14:paraId="6A544E72" w14:textId="77777777" w:rsidR="00B80F5C" w:rsidRDefault="00A63A23">
            <w:r>
              <w:rPr>
                <w:sz w:val="17"/>
              </w:rPr>
              <w:t>Registration/document location.</w:t>
            </w:r>
          </w:p>
        </w:tc>
        <w:tc>
          <w:tcPr>
            <w:tcW w:w="3528" w:type="dxa"/>
          </w:tcPr>
          <w:p w14:paraId="3F524EFE" w14:textId="77777777" w:rsidR="00B80F5C" w:rsidRDefault="00B80F5C"/>
        </w:tc>
        <w:tc>
          <w:tcPr>
            <w:tcW w:w="648" w:type="dxa"/>
          </w:tcPr>
          <w:p w14:paraId="53AD4F79" w14:textId="77777777" w:rsidR="00B80F5C" w:rsidRDefault="00A63A23">
            <w:r>
              <w:rPr>
                <w:sz w:val="17"/>
              </w:rPr>
              <w:t>☐</w:t>
            </w:r>
          </w:p>
        </w:tc>
      </w:tr>
      <w:tr w:rsidR="00B80F5C" w14:paraId="1684BABF" w14:textId="77777777">
        <w:trPr>
          <w:jc w:val="center"/>
        </w:trPr>
        <w:tc>
          <w:tcPr>
            <w:tcW w:w="2232" w:type="dxa"/>
          </w:tcPr>
          <w:p w14:paraId="2637183B" w14:textId="77777777" w:rsidR="00B80F5C" w:rsidRDefault="00A63A23">
            <w:r>
              <w:rPr>
                <w:sz w:val="17"/>
              </w:rPr>
              <w:t>Funeral home or prepaid funeral plan</w:t>
            </w:r>
          </w:p>
        </w:tc>
        <w:tc>
          <w:tcPr>
            <w:tcW w:w="3960" w:type="dxa"/>
          </w:tcPr>
          <w:p w14:paraId="2AA95DBC" w14:textId="77777777" w:rsidR="00B80F5C" w:rsidRDefault="00A63A23">
            <w:r>
              <w:rPr>
                <w:sz w:val="17"/>
              </w:rPr>
              <w:t>Provider, contract location, contact information.</w:t>
            </w:r>
          </w:p>
        </w:tc>
        <w:tc>
          <w:tcPr>
            <w:tcW w:w="3528" w:type="dxa"/>
          </w:tcPr>
          <w:p w14:paraId="3E7DC805" w14:textId="77777777" w:rsidR="00B80F5C" w:rsidRDefault="00B80F5C"/>
        </w:tc>
        <w:tc>
          <w:tcPr>
            <w:tcW w:w="648" w:type="dxa"/>
          </w:tcPr>
          <w:p w14:paraId="7A6F2FAB" w14:textId="77777777" w:rsidR="00B80F5C" w:rsidRDefault="00A63A23">
            <w:r>
              <w:rPr>
                <w:sz w:val="17"/>
              </w:rPr>
              <w:t>☐</w:t>
            </w:r>
          </w:p>
        </w:tc>
      </w:tr>
      <w:tr w:rsidR="00B80F5C" w14:paraId="08AB4F1B" w14:textId="77777777">
        <w:trPr>
          <w:jc w:val="center"/>
        </w:trPr>
        <w:tc>
          <w:tcPr>
            <w:tcW w:w="2232" w:type="dxa"/>
          </w:tcPr>
          <w:p w14:paraId="7CFCDC2B" w14:textId="77777777" w:rsidR="00B80F5C" w:rsidRDefault="00A63A23">
            <w:r>
              <w:rPr>
                <w:sz w:val="17"/>
              </w:rPr>
              <w:t>Burial or cremation preference</w:t>
            </w:r>
          </w:p>
        </w:tc>
        <w:tc>
          <w:tcPr>
            <w:tcW w:w="3960" w:type="dxa"/>
          </w:tcPr>
          <w:p w14:paraId="0B9752F6" w14:textId="77777777" w:rsidR="00B80F5C" w:rsidRDefault="00A63A23">
            <w:r>
              <w:rPr>
                <w:sz w:val="17"/>
              </w:rPr>
              <w:t>Instructions and cemetery/plot/columbarium information.</w:t>
            </w:r>
          </w:p>
        </w:tc>
        <w:tc>
          <w:tcPr>
            <w:tcW w:w="3528" w:type="dxa"/>
          </w:tcPr>
          <w:p w14:paraId="47566C3A" w14:textId="77777777" w:rsidR="00B80F5C" w:rsidRDefault="00B80F5C"/>
        </w:tc>
        <w:tc>
          <w:tcPr>
            <w:tcW w:w="648" w:type="dxa"/>
          </w:tcPr>
          <w:p w14:paraId="5982C423" w14:textId="77777777" w:rsidR="00B80F5C" w:rsidRDefault="00A63A23">
            <w:r>
              <w:rPr>
                <w:sz w:val="17"/>
              </w:rPr>
              <w:t>☐</w:t>
            </w:r>
          </w:p>
        </w:tc>
      </w:tr>
      <w:tr w:rsidR="00B80F5C" w14:paraId="6442FF48" w14:textId="77777777">
        <w:trPr>
          <w:jc w:val="center"/>
        </w:trPr>
        <w:tc>
          <w:tcPr>
            <w:tcW w:w="2232" w:type="dxa"/>
          </w:tcPr>
          <w:p w14:paraId="2F0670DD" w14:textId="77777777" w:rsidR="00B80F5C" w:rsidRDefault="00A63A23">
            <w:r>
              <w:rPr>
                <w:sz w:val="17"/>
              </w:rPr>
              <w:t>Obituary information</w:t>
            </w:r>
          </w:p>
        </w:tc>
        <w:tc>
          <w:tcPr>
            <w:tcW w:w="3960" w:type="dxa"/>
          </w:tcPr>
          <w:p w14:paraId="25248EA7" w14:textId="77777777" w:rsidR="00B80F5C" w:rsidRDefault="00A63A23">
            <w:r>
              <w:rPr>
                <w:sz w:val="17"/>
              </w:rPr>
              <w:t>Preferred facts, photo location, newspaper/online preferences.</w:t>
            </w:r>
          </w:p>
        </w:tc>
        <w:tc>
          <w:tcPr>
            <w:tcW w:w="3528" w:type="dxa"/>
          </w:tcPr>
          <w:p w14:paraId="06815145" w14:textId="77777777" w:rsidR="00B80F5C" w:rsidRDefault="00B80F5C"/>
        </w:tc>
        <w:tc>
          <w:tcPr>
            <w:tcW w:w="648" w:type="dxa"/>
          </w:tcPr>
          <w:p w14:paraId="2A178B2D" w14:textId="77777777" w:rsidR="00B80F5C" w:rsidRDefault="00A63A23">
            <w:r>
              <w:rPr>
                <w:sz w:val="17"/>
              </w:rPr>
              <w:t>☐</w:t>
            </w:r>
          </w:p>
        </w:tc>
      </w:tr>
      <w:tr w:rsidR="00B80F5C" w14:paraId="0C3F2139" w14:textId="77777777">
        <w:trPr>
          <w:jc w:val="center"/>
        </w:trPr>
        <w:tc>
          <w:tcPr>
            <w:tcW w:w="2232" w:type="dxa"/>
          </w:tcPr>
          <w:p w14:paraId="7948675C" w14:textId="77777777" w:rsidR="00B80F5C" w:rsidRDefault="00A63A23">
            <w:r>
              <w:rPr>
                <w:sz w:val="17"/>
              </w:rPr>
              <w:t>People to notify</w:t>
            </w:r>
          </w:p>
        </w:tc>
        <w:tc>
          <w:tcPr>
            <w:tcW w:w="3960" w:type="dxa"/>
          </w:tcPr>
          <w:p w14:paraId="69B23E70" w14:textId="77777777" w:rsidR="00B80F5C" w:rsidRDefault="00A63A23">
            <w:r>
              <w:rPr>
                <w:sz w:val="17"/>
              </w:rPr>
              <w:t>Family, friends, employer, advisors, clubs, religious/community groups.</w:t>
            </w:r>
          </w:p>
        </w:tc>
        <w:tc>
          <w:tcPr>
            <w:tcW w:w="3528" w:type="dxa"/>
          </w:tcPr>
          <w:p w14:paraId="76123F01" w14:textId="77777777" w:rsidR="00B80F5C" w:rsidRDefault="00B80F5C"/>
        </w:tc>
        <w:tc>
          <w:tcPr>
            <w:tcW w:w="648" w:type="dxa"/>
          </w:tcPr>
          <w:p w14:paraId="3507EDEB" w14:textId="77777777" w:rsidR="00B80F5C" w:rsidRDefault="00A63A23">
            <w:r>
              <w:rPr>
                <w:sz w:val="17"/>
              </w:rPr>
              <w:t>☐</w:t>
            </w:r>
          </w:p>
        </w:tc>
      </w:tr>
    </w:tbl>
    <w:p w14:paraId="6CEA3ACE" w14:textId="77777777" w:rsidR="00B80F5C" w:rsidRDefault="00B80F5C"/>
    <w:p w14:paraId="70DEEC64" w14:textId="77777777" w:rsidR="00B80F5C" w:rsidRDefault="00A63A23">
      <w:r>
        <w:rPr>
          <w:b/>
          <w:sz w:val="22"/>
        </w:rPr>
        <w:t>Immediate Steps for Family / Executor</w:t>
      </w:r>
    </w:p>
    <w:tbl>
      <w:tblPr>
        <w:tblStyle w:val="TableGrid"/>
        <w:tblW w:w="0" w:type="auto"/>
        <w:jc w:val="center"/>
        <w:tblLook w:val="04A0" w:firstRow="1" w:lastRow="0" w:firstColumn="1" w:lastColumn="0" w:noHBand="0" w:noVBand="1"/>
      </w:tblPr>
      <w:tblGrid>
        <w:gridCol w:w="2205"/>
        <w:gridCol w:w="3895"/>
        <w:gridCol w:w="3466"/>
        <w:gridCol w:w="648"/>
      </w:tblGrid>
      <w:tr w:rsidR="00B80F5C" w14:paraId="74B966B5" w14:textId="77777777">
        <w:trPr>
          <w:jc w:val="center"/>
        </w:trPr>
        <w:tc>
          <w:tcPr>
            <w:tcW w:w="2232" w:type="dxa"/>
            <w:shd w:val="clear" w:color="auto" w:fill="D9EAF7"/>
            <w:vAlign w:val="center"/>
          </w:tcPr>
          <w:p w14:paraId="331FA666" w14:textId="77777777" w:rsidR="00B80F5C" w:rsidRDefault="00A63A23">
            <w:r>
              <w:rPr>
                <w:b/>
                <w:sz w:val="17"/>
              </w:rPr>
              <w:t>Item</w:t>
            </w:r>
          </w:p>
        </w:tc>
        <w:tc>
          <w:tcPr>
            <w:tcW w:w="3960" w:type="dxa"/>
            <w:shd w:val="clear" w:color="auto" w:fill="D9EAF7"/>
            <w:vAlign w:val="center"/>
          </w:tcPr>
          <w:p w14:paraId="603F6A73" w14:textId="77777777" w:rsidR="00B80F5C" w:rsidRDefault="00A63A23">
            <w:r>
              <w:rPr>
                <w:b/>
                <w:sz w:val="17"/>
              </w:rPr>
              <w:t>What to List / Explain</w:t>
            </w:r>
          </w:p>
        </w:tc>
        <w:tc>
          <w:tcPr>
            <w:tcW w:w="3528" w:type="dxa"/>
            <w:shd w:val="clear" w:color="auto" w:fill="D9EAF7"/>
            <w:vAlign w:val="center"/>
          </w:tcPr>
          <w:p w14:paraId="7BE39DFB" w14:textId="77777777" w:rsidR="00B80F5C" w:rsidRDefault="00A63A23">
            <w:r>
              <w:rPr>
                <w:b/>
                <w:sz w:val="17"/>
              </w:rPr>
              <w:t>Location / Contact / Notes</w:t>
            </w:r>
          </w:p>
        </w:tc>
        <w:tc>
          <w:tcPr>
            <w:tcW w:w="648" w:type="dxa"/>
            <w:shd w:val="clear" w:color="auto" w:fill="D9EAF7"/>
            <w:vAlign w:val="center"/>
          </w:tcPr>
          <w:p w14:paraId="6630AF13" w14:textId="77777777" w:rsidR="00B80F5C" w:rsidRDefault="00A63A23">
            <w:r>
              <w:rPr>
                <w:b/>
                <w:sz w:val="17"/>
              </w:rPr>
              <w:t>Done</w:t>
            </w:r>
          </w:p>
        </w:tc>
      </w:tr>
      <w:tr w:rsidR="00B80F5C" w14:paraId="1798AD38" w14:textId="77777777">
        <w:trPr>
          <w:jc w:val="center"/>
        </w:trPr>
        <w:tc>
          <w:tcPr>
            <w:tcW w:w="2232" w:type="dxa"/>
          </w:tcPr>
          <w:p w14:paraId="07A622CC" w14:textId="77777777" w:rsidR="00B80F5C" w:rsidRDefault="00A63A23">
            <w:r>
              <w:rPr>
                <w:sz w:val="17"/>
              </w:rPr>
              <w:t>Locate original will and estate documents</w:t>
            </w:r>
          </w:p>
        </w:tc>
        <w:tc>
          <w:tcPr>
            <w:tcW w:w="3960" w:type="dxa"/>
          </w:tcPr>
          <w:p w14:paraId="0B919519" w14:textId="77777777" w:rsidR="00B80F5C" w:rsidRDefault="00A63A23">
            <w:r>
              <w:rPr>
                <w:sz w:val="17"/>
              </w:rPr>
              <w:t>Do not remove staples or alter documents.</w:t>
            </w:r>
          </w:p>
        </w:tc>
        <w:tc>
          <w:tcPr>
            <w:tcW w:w="3528" w:type="dxa"/>
          </w:tcPr>
          <w:p w14:paraId="6B11A144" w14:textId="77777777" w:rsidR="00B80F5C" w:rsidRDefault="00B80F5C"/>
        </w:tc>
        <w:tc>
          <w:tcPr>
            <w:tcW w:w="648" w:type="dxa"/>
          </w:tcPr>
          <w:p w14:paraId="1E64AEF5" w14:textId="77777777" w:rsidR="00B80F5C" w:rsidRDefault="00A63A23">
            <w:r>
              <w:rPr>
                <w:sz w:val="17"/>
              </w:rPr>
              <w:t>☐</w:t>
            </w:r>
          </w:p>
        </w:tc>
      </w:tr>
      <w:tr w:rsidR="00B80F5C" w14:paraId="2E0548F9" w14:textId="77777777">
        <w:trPr>
          <w:jc w:val="center"/>
        </w:trPr>
        <w:tc>
          <w:tcPr>
            <w:tcW w:w="2232" w:type="dxa"/>
          </w:tcPr>
          <w:p w14:paraId="573A0A5E" w14:textId="77777777" w:rsidR="00B80F5C" w:rsidRDefault="00A63A23">
            <w:r>
              <w:rPr>
                <w:sz w:val="17"/>
              </w:rPr>
              <w:t>Contact estate attorney</w:t>
            </w:r>
          </w:p>
        </w:tc>
        <w:tc>
          <w:tcPr>
            <w:tcW w:w="3960" w:type="dxa"/>
          </w:tcPr>
          <w:p w14:paraId="68ACADDC" w14:textId="77777777" w:rsidR="00B80F5C" w:rsidRDefault="00A63A23">
            <w:r>
              <w:rPr>
                <w:sz w:val="17"/>
              </w:rPr>
              <w:t>Ask about next steps before distributing property.</w:t>
            </w:r>
          </w:p>
        </w:tc>
        <w:tc>
          <w:tcPr>
            <w:tcW w:w="3528" w:type="dxa"/>
          </w:tcPr>
          <w:p w14:paraId="4396B879" w14:textId="77777777" w:rsidR="00B80F5C" w:rsidRDefault="00B80F5C"/>
        </w:tc>
        <w:tc>
          <w:tcPr>
            <w:tcW w:w="648" w:type="dxa"/>
          </w:tcPr>
          <w:p w14:paraId="082FD4D9" w14:textId="77777777" w:rsidR="00B80F5C" w:rsidRDefault="00A63A23">
            <w:r>
              <w:rPr>
                <w:sz w:val="17"/>
              </w:rPr>
              <w:t>☐</w:t>
            </w:r>
          </w:p>
        </w:tc>
      </w:tr>
      <w:tr w:rsidR="00B80F5C" w14:paraId="28B2F955" w14:textId="77777777">
        <w:trPr>
          <w:jc w:val="center"/>
        </w:trPr>
        <w:tc>
          <w:tcPr>
            <w:tcW w:w="2232" w:type="dxa"/>
          </w:tcPr>
          <w:p w14:paraId="1BCD3E84" w14:textId="77777777" w:rsidR="00B80F5C" w:rsidRDefault="00A63A23">
            <w:r>
              <w:rPr>
                <w:sz w:val="17"/>
              </w:rPr>
              <w:t>Secure home, vehicles, pets, and valuables</w:t>
            </w:r>
          </w:p>
        </w:tc>
        <w:tc>
          <w:tcPr>
            <w:tcW w:w="3960" w:type="dxa"/>
          </w:tcPr>
          <w:p w14:paraId="2BE4216D" w14:textId="77777777" w:rsidR="00B80F5C" w:rsidRDefault="00A63A23">
            <w:r>
              <w:rPr>
                <w:sz w:val="17"/>
              </w:rPr>
              <w:t>Change locks if needed, safeguard keys, maintain insurance.</w:t>
            </w:r>
          </w:p>
        </w:tc>
        <w:tc>
          <w:tcPr>
            <w:tcW w:w="3528" w:type="dxa"/>
          </w:tcPr>
          <w:p w14:paraId="69E31369" w14:textId="77777777" w:rsidR="00B80F5C" w:rsidRDefault="00B80F5C"/>
        </w:tc>
        <w:tc>
          <w:tcPr>
            <w:tcW w:w="648" w:type="dxa"/>
          </w:tcPr>
          <w:p w14:paraId="476C818E" w14:textId="77777777" w:rsidR="00B80F5C" w:rsidRDefault="00A63A23">
            <w:r>
              <w:rPr>
                <w:sz w:val="17"/>
              </w:rPr>
              <w:t>☐</w:t>
            </w:r>
          </w:p>
        </w:tc>
      </w:tr>
      <w:tr w:rsidR="00B80F5C" w14:paraId="4C1C302B" w14:textId="77777777">
        <w:trPr>
          <w:jc w:val="center"/>
        </w:trPr>
        <w:tc>
          <w:tcPr>
            <w:tcW w:w="2232" w:type="dxa"/>
          </w:tcPr>
          <w:p w14:paraId="7513F610" w14:textId="77777777" w:rsidR="00B80F5C" w:rsidRDefault="00A63A23">
            <w:r>
              <w:rPr>
                <w:sz w:val="17"/>
              </w:rPr>
              <w:t>Order death certificates</w:t>
            </w:r>
          </w:p>
        </w:tc>
        <w:tc>
          <w:tcPr>
            <w:tcW w:w="3960" w:type="dxa"/>
          </w:tcPr>
          <w:p w14:paraId="19D3A8E5" w14:textId="77777777" w:rsidR="00B80F5C" w:rsidRDefault="00A63A23">
            <w:r>
              <w:rPr>
                <w:sz w:val="17"/>
              </w:rPr>
              <w:t>Ask funeral home or county how many certified copies are needed.</w:t>
            </w:r>
          </w:p>
        </w:tc>
        <w:tc>
          <w:tcPr>
            <w:tcW w:w="3528" w:type="dxa"/>
          </w:tcPr>
          <w:p w14:paraId="68030E04" w14:textId="77777777" w:rsidR="00B80F5C" w:rsidRDefault="00B80F5C"/>
        </w:tc>
        <w:tc>
          <w:tcPr>
            <w:tcW w:w="648" w:type="dxa"/>
          </w:tcPr>
          <w:p w14:paraId="583D8B77" w14:textId="77777777" w:rsidR="00B80F5C" w:rsidRDefault="00A63A23">
            <w:r>
              <w:rPr>
                <w:sz w:val="17"/>
              </w:rPr>
              <w:t>☐</w:t>
            </w:r>
          </w:p>
        </w:tc>
      </w:tr>
      <w:tr w:rsidR="00B80F5C" w14:paraId="40F98EF1" w14:textId="77777777">
        <w:trPr>
          <w:jc w:val="center"/>
        </w:trPr>
        <w:tc>
          <w:tcPr>
            <w:tcW w:w="2232" w:type="dxa"/>
          </w:tcPr>
          <w:p w14:paraId="7070B696" w14:textId="77777777" w:rsidR="00B80F5C" w:rsidRDefault="00A63A23">
            <w:r>
              <w:rPr>
                <w:sz w:val="17"/>
              </w:rPr>
              <w:t>Notify key institutions</w:t>
            </w:r>
          </w:p>
        </w:tc>
        <w:tc>
          <w:tcPr>
            <w:tcW w:w="3960" w:type="dxa"/>
          </w:tcPr>
          <w:p w14:paraId="2F1997F2" w14:textId="77777777" w:rsidR="00B80F5C" w:rsidRDefault="00A63A23">
            <w:r>
              <w:rPr>
                <w:sz w:val="17"/>
              </w:rPr>
              <w:t>Banks, insurers, employer, Social Security, pension, financial advisor.</w:t>
            </w:r>
          </w:p>
        </w:tc>
        <w:tc>
          <w:tcPr>
            <w:tcW w:w="3528" w:type="dxa"/>
          </w:tcPr>
          <w:p w14:paraId="03E6F7B5" w14:textId="77777777" w:rsidR="00B80F5C" w:rsidRDefault="00B80F5C"/>
        </w:tc>
        <w:tc>
          <w:tcPr>
            <w:tcW w:w="648" w:type="dxa"/>
          </w:tcPr>
          <w:p w14:paraId="4EB99798" w14:textId="77777777" w:rsidR="00B80F5C" w:rsidRDefault="00A63A23">
            <w:r>
              <w:rPr>
                <w:sz w:val="17"/>
              </w:rPr>
              <w:t>☐</w:t>
            </w:r>
          </w:p>
        </w:tc>
      </w:tr>
      <w:tr w:rsidR="00B80F5C" w14:paraId="214AAF51" w14:textId="77777777">
        <w:trPr>
          <w:jc w:val="center"/>
        </w:trPr>
        <w:tc>
          <w:tcPr>
            <w:tcW w:w="2232" w:type="dxa"/>
          </w:tcPr>
          <w:p w14:paraId="40ED7C88" w14:textId="77777777" w:rsidR="00B80F5C" w:rsidRDefault="00A63A23">
            <w:r>
              <w:rPr>
                <w:sz w:val="17"/>
              </w:rPr>
              <w:t>Keep records of expenses</w:t>
            </w:r>
          </w:p>
        </w:tc>
        <w:tc>
          <w:tcPr>
            <w:tcW w:w="3960" w:type="dxa"/>
          </w:tcPr>
          <w:p w14:paraId="71CF4418" w14:textId="77777777" w:rsidR="00B80F5C" w:rsidRDefault="00A63A23">
            <w:r>
              <w:rPr>
                <w:sz w:val="17"/>
              </w:rPr>
              <w:t>Funeral, property maintenance, bills, travel, and estate costs.</w:t>
            </w:r>
          </w:p>
        </w:tc>
        <w:tc>
          <w:tcPr>
            <w:tcW w:w="3528" w:type="dxa"/>
          </w:tcPr>
          <w:p w14:paraId="377452FE" w14:textId="77777777" w:rsidR="00B80F5C" w:rsidRDefault="00B80F5C"/>
        </w:tc>
        <w:tc>
          <w:tcPr>
            <w:tcW w:w="648" w:type="dxa"/>
          </w:tcPr>
          <w:p w14:paraId="04A0A0EF" w14:textId="77777777" w:rsidR="00B80F5C" w:rsidRDefault="00A63A23">
            <w:r>
              <w:rPr>
                <w:sz w:val="17"/>
              </w:rPr>
              <w:t>☐</w:t>
            </w:r>
          </w:p>
        </w:tc>
      </w:tr>
      <w:tr w:rsidR="00B80F5C" w14:paraId="4C2FE768" w14:textId="77777777">
        <w:trPr>
          <w:jc w:val="center"/>
        </w:trPr>
        <w:tc>
          <w:tcPr>
            <w:tcW w:w="2232" w:type="dxa"/>
          </w:tcPr>
          <w:p w14:paraId="49347CA2" w14:textId="77777777" w:rsidR="00B80F5C" w:rsidRDefault="00A63A23">
            <w:r>
              <w:rPr>
                <w:sz w:val="17"/>
              </w:rPr>
              <w:t>Do not distribute assets prematurely</w:t>
            </w:r>
          </w:p>
        </w:tc>
        <w:tc>
          <w:tcPr>
            <w:tcW w:w="3960" w:type="dxa"/>
          </w:tcPr>
          <w:p w14:paraId="7D9E3441" w14:textId="77777777" w:rsidR="00B80F5C" w:rsidRDefault="00A63A23">
            <w:r>
              <w:rPr>
                <w:sz w:val="17"/>
              </w:rPr>
              <w:t>Wait for legal guidance and authority.</w:t>
            </w:r>
          </w:p>
        </w:tc>
        <w:tc>
          <w:tcPr>
            <w:tcW w:w="3528" w:type="dxa"/>
          </w:tcPr>
          <w:p w14:paraId="3947A6E9" w14:textId="77777777" w:rsidR="00B80F5C" w:rsidRDefault="00B80F5C"/>
        </w:tc>
        <w:tc>
          <w:tcPr>
            <w:tcW w:w="648" w:type="dxa"/>
          </w:tcPr>
          <w:p w14:paraId="0CDB17E2" w14:textId="77777777" w:rsidR="00B80F5C" w:rsidRDefault="00A63A23">
            <w:r>
              <w:rPr>
                <w:sz w:val="17"/>
              </w:rPr>
              <w:t>☐</w:t>
            </w:r>
          </w:p>
        </w:tc>
      </w:tr>
      <w:tr w:rsidR="00B80F5C" w14:paraId="747EA179" w14:textId="77777777">
        <w:trPr>
          <w:jc w:val="center"/>
        </w:trPr>
        <w:tc>
          <w:tcPr>
            <w:tcW w:w="2232" w:type="dxa"/>
          </w:tcPr>
          <w:p w14:paraId="64CD645C" w14:textId="77777777" w:rsidR="00B80F5C" w:rsidRDefault="00A63A23">
            <w:r>
              <w:rPr>
                <w:sz w:val="17"/>
              </w:rPr>
              <w:t>Cancel or monitor recurring charges</w:t>
            </w:r>
          </w:p>
        </w:tc>
        <w:tc>
          <w:tcPr>
            <w:tcW w:w="3960" w:type="dxa"/>
          </w:tcPr>
          <w:p w14:paraId="3690069F" w14:textId="77777777" w:rsidR="00B80F5C" w:rsidRDefault="00A63A23">
            <w:r>
              <w:rPr>
                <w:sz w:val="17"/>
              </w:rPr>
              <w:t>Utilities, subscriptions, cards, automatic payments.</w:t>
            </w:r>
          </w:p>
        </w:tc>
        <w:tc>
          <w:tcPr>
            <w:tcW w:w="3528" w:type="dxa"/>
          </w:tcPr>
          <w:p w14:paraId="4E5ADC80" w14:textId="77777777" w:rsidR="00B80F5C" w:rsidRDefault="00B80F5C"/>
        </w:tc>
        <w:tc>
          <w:tcPr>
            <w:tcW w:w="648" w:type="dxa"/>
          </w:tcPr>
          <w:p w14:paraId="0EC9F312" w14:textId="77777777" w:rsidR="00B80F5C" w:rsidRDefault="00A63A23">
            <w:r>
              <w:rPr>
                <w:sz w:val="17"/>
              </w:rPr>
              <w:t>☐</w:t>
            </w:r>
          </w:p>
        </w:tc>
      </w:tr>
    </w:tbl>
    <w:p w14:paraId="3905980B" w14:textId="77777777" w:rsidR="00B80F5C" w:rsidRDefault="00A63A23">
      <w:r>
        <w:rPr>
          <w:i/>
          <w:sz w:val="16"/>
        </w:rPr>
        <w:br/>
        <w:t>Prepared as a family/executor information checklist. Store securely and update after major life, account, document, or address changes. Last updated: 14 May 2026.</w:t>
      </w:r>
    </w:p>
    <w:sectPr w:rsidR="00B80F5C" w:rsidSect="00034616">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AFCE" w14:textId="77777777" w:rsidR="00BA41FC" w:rsidRDefault="00BA41FC" w:rsidP="009E3F98">
      <w:pPr>
        <w:spacing w:after="0" w:line="240" w:lineRule="auto"/>
      </w:pPr>
      <w:r>
        <w:separator/>
      </w:r>
    </w:p>
  </w:endnote>
  <w:endnote w:type="continuationSeparator" w:id="0">
    <w:p w14:paraId="620EB1D2" w14:textId="77777777" w:rsidR="00BA41FC" w:rsidRDefault="00BA41FC" w:rsidP="009E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305186"/>
      <w:docPartObj>
        <w:docPartGallery w:val="Page Numbers (Bottom of Page)"/>
        <w:docPartUnique/>
      </w:docPartObj>
    </w:sdtPr>
    <w:sdtEndPr>
      <w:rPr>
        <w:noProof/>
      </w:rPr>
    </w:sdtEndPr>
    <w:sdtContent>
      <w:p w14:paraId="46B24D89" w14:textId="384CBDFD" w:rsidR="009E3F98" w:rsidRDefault="009E3F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FB6F46" w14:textId="77777777" w:rsidR="009E3F98" w:rsidRDefault="009E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4F9C" w14:textId="77777777" w:rsidR="00BA41FC" w:rsidRDefault="00BA41FC" w:rsidP="009E3F98">
      <w:pPr>
        <w:spacing w:after="0" w:line="240" w:lineRule="auto"/>
      </w:pPr>
      <w:r>
        <w:separator/>
      </w:r>
    </w:p>
  </w:footnote>
  <w:footnote w:type="continuationSeparator" w:id="0">
    <w:p w14:paraId="76A1CF91" w14:textId="77777777" w:rsidR="00BA41FC" w:rsidRDefault="00BA41FC" w:rsidP="009E3F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7590969">
    <w:abstractNumId w:val="8"/>
  </w:num>
  <w:num w:numId="2" w16cid:durableId="1987127704">
    <w:abstractNumId w:val="6"/>
  </w:num>
  <w:num w:numId="3" w16cid:durableId="488130168">
    <w:abstractNumId w:val="5"/>
  </w:num>
  <w:num w:numId="4" w16cid:durableId="100153337">
    <w:abstractNumId w:val="4"/>
  </w:num>
  <w:num w:numId="5" w16cid:durableId="879319447">
    <w:abstractNumId w:val="7"/>
  </w:num>
  <w:num w:numId="6" w16cid:durableId="615411404">
    <w:abstractNumId w:val="3"/>
  </w:num>
  <w:num w:numId="7" w16cid:durableId="974333925">
    <w:abstractNumId w:val="2"/>
  </w:num>
  <w:num w:numId="8" w16cid:durableId="2114937002">
    <w:abstractNumId w:val="1"/>
  </w:num>
  <w:num w:numId="9" w16cid:durableId="2135246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02BF"/>
    <w:rsid w:val="0029639D"/>
    <w:rsid w:val="00296EC5"/>
    <w:rsid w:val="00326F90"/>
    <w:rsid w:val="00473DE2"/>
    <w:rsid w:val="00591A26"/>
    <w:rsid w:val="005F027F"/>
    <w:rsid w:val="007703B6"/>
    <w:rsid w:val="009E3F98"/>
    <w:rsid w:val="00A63A23"/>
    <w:rsid w:val="00AA1D8D"/>
    <w:rsid w:val="00B47730"/>
    <w:rsid w:val="00B80F5C"/>
    <w:rsid w:val="00BA41FC"/>
    <w:rsid w:val="00CA55CF"/>
    <w:rsid w:val="00CB0664"/>
    <w:rsid w:val="00E96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A9C24"/>
  <w14:defaultImageDpi w14:val="300"/>
  <w15:docId w15:val="{6880539C-C843-4225-9159-3D6C971E2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1388</Words>
  <Characters>7916</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2026-06-09T02:20:00Z</dcterms:created>
  <dcterms:modified xsi:type="dcterms:W3CDTF">2026-09-22T19:43:00Z</dcterms:modified>
  <cp:category/>
</cp:coreProperties>
</file>