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C5380" w14:textId="77777777" w:rsidR="00CA1A7E" w:rsidRDefault="002B1CBB">
      <w:pPr>
        <w:jc w:val="center"/>
      </w:pPr>
      <w:r>
        <w:rPr>
          <w:b/>
          <w:sz w:val="28"/>
        </w:rPr>
        <w:t>Checklist for Houston, Texas Resident Preparing a Last Will &amp; Testament</w:t>
      </w:r>
    </w:p>
    <w:p w14:paraId="3B7C431F" w14:textId="77777777" w:rsidR="00CA1A7E" w:rsidRDefault="002B1CBB">
      <w:pPr>
        <w:jc w:val="center"/>
      </w:pPr>
      <w:r>
        <w:rPr>
          <w:i/>
          <w:sz w:val="20"/>
        </w:rPr>
        <w:t>For discussion with your Texas estate-planning attorney</w:t>
      </w:r>
    </w:p>
    <w:p w14:paraId="2927CC23" w14:textId="77777777" w:rsidR="00CA1A7E" w:rsidRDefault="002B1CBB">
      <w:r>
        <w:rPr>
          <w:b/>
        </w:rPr>
        <w:t xml:space="preserve">Note: </w:t>
      </w:r>
      <w:r>
        <w:t>This checklist is for organizing information for your lawyer. It is not legal advice. Texas requirements and personal circumstances vary, so your attorney should confirm what applies to you.</w:t>
      </w:r>
    </w:p>
    <w:p w14:paraId="76CF2651" w14:textId="77777777" w:rsidR="00CA1A7E" w:rsidRDefault="00CA1A7E"/>
    <w:p w14:paraId="03FDD5D5" w14:textId="77777777" w:rsidR="00CA1A7E" w:rsidRDefault="002B1CBB">
      <w:r>
        <w:rPr>
          <w:b/>
          <w:sz w:val="22"/>
        </w:rPr>
        <w:t>Personal and Family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8"/>
        <w:gridCol w:w="3902"/>
        <w:gridCol w:w="3456"/>
        <w:gridCol w:w="648"/>
      </w:tblGrid>
      <w:tr w:rsidR="00CA1A7E" w14:paraId="3D21ECC4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3C010F24" w14:textId="77777777" w:rsidR="00CA1A7E" w:rsidRDefault="002B1CBB">
            <w:r>
              <w:rPr>
                <w:b/>
                <w:sz w:val="17"/>
              </w:rPr>
              <w:t>Item</w:t>
            </w:r>
          </w:p>
        </w:tc>
        <w:tc>
          <w:tcPr>
            <w:tcW w:w="3960" w:type="dxa"/>
            <w:shd w:val="clear" w:color="auto" w:fill="D9EAF7"/>
            <w:vAlign w:val="center"/>
          </w:tcPr>
          <w:p w14:paraId="0FAEABDA" w14:textId="77777777" w:rsidR="00CA1A7E" w:rsidRDefault="002B1CBB">
            <w:r>
              <w:rPr>
                <w:b/>
                <w:sz w:val="17"/>
              </w:rPr>
              <w:t>Information / Notes for Lawyer</w:t>
            </w:r>
          </w:p>
        </w:tc>
        <w:tc>
          <w:tcPr>
            <w:tcW w:w="3528" w:type="dxa"/>
            <w:shd w:val="clear" w:color="auto" w:fill="D9EAF7"/>
            <w:vAlign w:val="center"/>
          </w:tcPr>
          <w:p w14:paraId="3B038085" w14:textId="77777777" w:rsidR="00CA1A7E" w:rsidRDefault="002B1CBB">
            <w:r>
              <w:rPr>
                <w:b/>
                <w:sz w:val="17"/>
              </w:rPr>
              <w:t>My Details / Answer</w:t>
            </w:r>
          </w:p>
        </w:tc>
        <w:tc>
          <w:tcPr>
            <w:tcW w:w="648" w:type="dxa"/>
            <w:shd w:val="clear" w:color="auto" w:fill="D9EAF7"/>
            <w:vAlign w:val="center"/>
          </w:tcPr>
          <w:p w14:paraId="10663C3F" w14:textId="77777777" w:rsidR="00CA1A7E" w:rsidRDefault="002B1CBB">
            <w:r>
              <w:rPr>
                <w:b/>
                <w:sz w:val="17"/>
              </w:rPr>
              <w:t>Done</w:t>
            </w:r>
          </w:p>
        </w:tc>
      </w:tr>
      <w:tr w:rsidR="00CA1A7E" w14:paraId="4B553B98" w14:textId="77777777">
        <w:trPr>
          <w:jc w:val="center"/>
        </w:trPr>
        <w:tc>
          <w:tcPr>
            <w:tcW w:w="2232" w:type="dxa"/>
          </w:tcPr>
          <w:p w14:paraId="5984F7AA" w14:textId="77777777" w:rsidR="00CA1A7E" w:rsidRDefault="002B1CBB">
            <w:r>
              <w:rPr>
                <w:sz w:val="17"/>
              </w:rPr>
              <w:t>Full legal name, aliases, and prior names</w:t>
            </w:r>
          </w:p>
        </w:tc>
        <w:tc>
          <w:tcPr>
            <w:tcW w:w="3960" w:type="dxa"/>
          </w:tcPr>
          <w:p w14:paraId="5D1E1424" w14:textId="77777777" w:rsidR="00CA1A7E" w:rsidRDefault="002B1CBB">
            <w:r>
              <w:rPr>
                <w:sz w:val="17"/>
              </w:rPr>
              <w:t>Include exact spelling as on government ID and prior legal names, if any.</w:t>
            </w:r>
          </w:p>
        </w:tc>
        <w:tc>
          <w:tcPr>
            <w:tcW w:w="3528" w:type="dxa"/>
          </w:tcPr>
          <w:p w14:paraId="65F78BAF" w14:textId="77777777" w:rsidR="00CA1A7E" w:rsidRDefault="00CA1A7E"/>
        </w:tc>
        <w:tc>
          <w:tcPr>
            <w:tcW w:w="648" w:type="dxa"/>
          </w:tcPr>
          <w:p w14:paraId="64B693E9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7F4E77AF" w14:textId="77777777">
        <w:trPr>
          <w:jc w:val="center"/>
        </w:trPr>
        <w:tc>
          <w:tcPr>
            <w:tcW w:w="2232" w:type="dxa"/>
          </w:tcPr>
          <w:p w14:paraId="1FDC09EA" w14:textId="77777777" w:rsidR="00CA1A7E" w:rsidRDefault="002B1CBB">
            <w:r>
              <w:rPr>
                <w:sz w:val="17"/>
              </w:rPr>
              <w:t>Current Houston/Harris County address</w:t>
            </w:r>
          </w:p>
        </w:tc>
        <w:tc>
          <w:tcPr>
            <w:tcW w:w="3960" w:type="dxa"/>
          </w:tcPr>
          <w:p w14:paraId="57752BBA" w14:textId="77777777" w:rsidR="00CA1A7E" w:rsidRDefault="002B1CBB">
            <w:r>
              <w:rPr>
                <w:sz w:val="17"/>
              </w:rPr>
              <w:t>Include homestead address and mailing address if different.</w:t>
            </w:r>
          </w:p>
        </w:tc>
        <w:tc>
          <w:tcPr>
            <w:tcW w:w="3528" w:type="dxa"/>
          </w:tcPr>
          <w:p w14:paraId="451B509E" w14:textId="77777777" w:rsidR="00CA1A7E" w:rsidRDefault="00CA1A7E"/>
        </w:tc>
        <w:tc>
          <w:tcPr>
            <w:tcW w:w="648" w:type="dxa"/>
          </w:tcPr>
          <w:p w14:paraId="43F09344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7EC07C2F" w14:textId="77777777">
        <w:trPr>
          <w:jc w:val="center"/>
        </w:trPr>
        <w:tc>
          <w:tcPr>
            <w:tcW w:w="2232" w:type="dxa"/>
          </w:tcPr>
          <w:p w14:paraId="00526891" w14:textId="77777777" w:rsidR="00CA1A7E" w:rsidRDefault="002B1CBB">
            <w:r>
              <w:rPr>
                <w:sz w:val="17"/>
              </w:rPr>
              <w:t>Date and place of birth</w:t>
            </w:r>
          </w:p>
        </w:tc>
        <w:tc>
          <w:tcPr>
            <w:tcW w:w="3960" w:type="dxa"/>
          </w:tcPr>
          <w:p w14:paraId="74823D0B" w14:textId="77777777" w:rsidR="00CA1A7E" w:rsidRDefault="002B1CBB">
            <w:r>
              <w:rPr>
                <w:sz w:val="17"/>
              </w:rPr>
              <w:t>Useful for identifying you clearly in estate documents.</w:t>
            </w:r>
          </w:p>
        </w:tc>
        <w:tc>
          <w:tcPr>
            <w:tcW w:w="3528" w:type="dxa"/>
          </w:tcPr>
          <w:p w14:paraId="436CBBF2" w14:textId="77777777" w:rsidR="00CA1A7E" w:rsidRDefault="00CA1A7E"/>
        </w:tc>
        <w:tc>
          <w:tcPr>
            <w:tcW w:w="648" w:type="dxa"/>
          </w:tcPr>
          <w:p w14:paraId="3D72F8D3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326DBE36" w14:textId="77777777">
        <w:trPr>
          <w:jc w:val="center"/>
        </w:trPr>
        <w:tc>
          <w:tcPr>
            <w:tcW w:w="2232" w:type="dxa"/>
          </w:tcPr>
          <w:p w14:paraId="3969067E" w14:textId="77777777" w:rsidR="00CA1A7E" w:rsidRDefault="002B1CBB">
            <w:r>
              <w:rPr>
                <w:sz w:val="17"/>
              </w:rPr>
              <w:t>Marital status</w:t>
            </w:r>
          </w:p>
        </w:tc>
        <w:tc>
          <w:tcPr>
            <w:tcW w:w="3960" w:type="dxa"/>
          </w:tcPr>
          <w:p w14:paraId="0D2AED83" w14:textId="77777777" w:rsidR="00CA1A7E" w:rsidRDefault="002B1CBB">
            <w:r>
              <w:rPr>
                <w:sz w:val="17"/>
              </w:rPr>
              <w:t>Single, married, divorced, widowed, separated, common-law/informal marriage concerns.</w:t>
            </w:r>
          </w:p>
        </w:tc>
        <w:tc>
          <w:tcPr>
            <w:tcW w:w="3528" w:type="dxa"/>
          </w:tcPr>
          <w:p w14:paraId="42E676FB" w14:textId="77777777" w:rsidR="00CA1A7E" w:rsidRDefault="00CA1A7E"/>
        </w:tc>
        <w:tc>
          <w:tcPr>
            <w:tcW w:w="648" w:type="dxa"/>
          </w:tcPr>
          <w:p w14:paraId="1E6F6476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189AB586" w14:textId="77777777">
        <w:trPr>
          <w:jc w:val="center"/>
        </w:trPr>
        <w:tc>
          <w:tcPr>
            <w:tcW w:w="2232" w:type="dxa"/>
          </w:tcPr>
          <w:p w14:paraId="3726F210" w14:textId="77777777" w:rsidR="00CA1A7E" w:rsidRDefault="002B1CBB">
            <w:r>
              <w:rPr>
                <w:sz w:val="17"/>
              </w:rPr>
              <w:t>Spouse information</w:t>
            </w:r>
          </w:p>
        </w:tc>
        <w:tc>
          <w:tcPr>
            <w:tcW w:w="3960" w:type="dxa"/>
          </w:tcPr>
          <w:p w14:paraId="6C211E7C" w14:textId="77777777" w:rsidR="00CA1A7E" w:rsidRDefault="002B1CBB">
            <w:r>
              <w:rPr>
                <w:sz w:val="17"/>
              </w:rPr>
              <w:t>Full legal name, contact details, citizenship/residency status if relevant.</w:t>
            </w:r>
          </w:p>
        </w:tc>
        <w:tc>
          <w:tcPr>
            <w:tcW w:w="3528" w:type="dxa"/>
          </w:tcPr>
          <w:p w14:paraId="4D9B709C" w14:textId="77777777" w:rsidR="00CA1A7E" w:rsidRDefault="00CA1A7E"/>
        </w:tc>
        <w:tc>
          <w:tcPr>
            <w:tcW w:w="648" w:type="dxa"/>
          </w:tcPr>
          <w:p w14:paraId="5F3BEA5C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6E8F5706" w14:textId="77777777">
        <w:trPr>
          <w:jc w:val="center"/>
        </w:trPr>
        <w:tc>
          <w:tcPr>
            <w:tcW w:w="2232" w:type="dxa"/>
          </w:tcPr>
          <w:p w14:paraId="023290F4" w14:textId="77777777" w:rsidR="00CA1A7E" w:rsidRDefault="002B1CBB">
            <w:r>
              <w:rPr>
                <w:sz w:val="17"/>
              </w:rPr>
              <w:t>Children and descendants</w:t>
            </w:r>
          </w:p>
        </w:tc>
        <w:tc>
          <w:tcPr>
            <w:tcW w:w="3960" w:type="dxa"/>
          </w:tcPr>
          <w:p w14:paraId="68EF87C0" w14:textId="77777777" w:rsidR="00CA1A7E" w:rsidRDefault="002B1CBB">
            <w:r>
              <w:rPr>
                <w:sz w:val="17"/>
              </w:rPr>
              <w:t>List biological, adopted, stepchildren, deceased children, and grandchildren.</w:t>
            </w:r>
          </w:p>
        </w:tc>
        <w:tc>
          <w:tcPr>
            <w:tcW w:w="3528" w:type="dxa"/>
          </w:tcPr>
          <w:p w14:paraId="4837C9E9" w14:textId="77777777" w:rsidR="00CA1A7E" w:rsidRDefault="00CA1A7E"/>
        </w:tc>
        <w:tc>
          <w:tcPr>
            <w:tcW w:w="648" w:type="dxa"/>
          </w:tcPr>
          <w:p w14:paraId="1F49D579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1B6CDE46" w14:textId="77777777">
        <w:trPr>
          <w:jc w:val="center"/>
        </w:trPr>
        <w:tc>
          <w:tcPr>
            <w:tcW w:w="2232" w:type="dxa"/>
          </w:tcPr>
          <w:p w14:paraId="0C0A79BE" w14:textId="77777777" w:rsidR="00CA1A7E" w:rsidRDefault="002B1CBB">
            <w:r>
              <w:rPr>
                <w:sz w:val="17"/>
              </w:rPr>
              <w:t>Prior marriages or divorce decrees</w:t>
            </w:r>
          </w:p>
        </w:tc>
        <w:tc>
          <w:tcPr>
            <w:tcW w:w="3960" w:type="dxa"/>
          </w:tcPr>
          <w:p w14:paraId="08ED2B8B" w14:textId="77777777" w:rsidR="00CA1A7E" w:rsidRDefault="002B1CBB">
            <w:r>
              <w:rPr>
                <w:sz w:val="17"/>
              </w:rPr>
              <w:t>Bring divorce decrees, marital agreements, and obligations to former spouse/children.</w:t>
            </w:r>
          </w:p>
        </w:tc>
        <w:tc>
          <w:tcPr>
            <w:tcW w:w="3528" w:type="dxa"/>
          </w:tcPr>
          <w:p w14:paraId="0DAC2BD8" w14:textId="77777777" w:rsidR="00CA1A7E" w:rsidRDefault="00CA1A7E"/>
        </w:tc>
        <w:tc>
          <w:tcPr>
            <w:tcW w:w="648" w:type="dxa"/>
          </w:tcPr>
          <w:p w14:paraId="211AC7BA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0593FEB5" w14:textId="77777777">
        <w:trPr>
          <w:jc w:val="center"/>
        </w:trPr>
        <w:tc>
          <w:tcPr>
            <w:tcW w:w="2232" w:type="dxa"/>
          </w:tcPr>
          <w:p w14:paraId="3A97E3A5" w14:textId="77777777" w:rsidR="00CA1A7E" w:rsidRDefault="002B1CBB">
            <w:r>
              <w:rPr>
                <w:sz w:val="17"/>
              </w:rPr>
              <w:t>Dependents or vulnerable beneficiaries</w:t>
            </w:r>
          </w:p>
        </w:tc>
        <w:tc>
          <w:tcPr>
            <w:tcW w:w="3960" w:type="dxa"/>
          </w:tcPr>
          <w:p w14:paraId="7004FDF7" w14:textId="77777777" w:rsidR="00CA1A7E" w:rsidRDefault="002B1CBB">
            <w:r>
              <w:rPr>
                <w:sz w:val="17"/>
              </w:rPr>
              <w:t>Minor children, disabled adults, elderly dependents, or anyone receiving government benefits.</w:t>
            </w:r>
          </w:p>
        </w:tc>
        <w:tc>
          <w:tcPr>
            <w:tcW w:w="3528" w:type="dxa"/>
          </w:tcPr>
          <w:p w14:paraId="0A8FE272" w14:textId="77777777" w:rsidR="00CA1A7E" w:rsidRDefault="00CA1A7E"/>
        </w:tc>
        <w:tc>
          <w:tcPr>
            <w:tcW w:w="648" w:type="dxa"/>
          </w:tcPr>
          <w:p w14:paraId="4CEEF0AD" w14:textId="77777777" w:rsidR="00CA1A7E" w:rsidRDefault="002B1CBB">
            <w:r>
              <w:rPr>
                <w:sz w:val="17"/>
              </w:rPr>
              <w:t>☐</w:t>
            </w:r>
          </w:p>
        </w:tc>
      </w:tr>
    </w:tbl>
    <w:p w14:paraId="199F21C6" w14:textId="77777777" w:rsidR="00CA1A7E" w:rsidRDefault="00CA1A7E"/>
    <w:p w14:paraId="08DF6F5E" w14:textId="77777777" w:rsidR="00CA1A7E" w:rsidRDefault="002B1CBB">
      <w:r>
        <w:rPr>
          <w:b/>
          <w:sz w:val="22"/>
        </w:rPr>
        <w:t>Goals for the Will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9"/>
        <w:gridCol w:w="3893"/>
        <w:gridCol w:w="3464"/>
        <w:gridCol w:w="648"/>
      </w:tblGrid>
      <w:tr w:rsidR="00CA1A7E" w14:paraId="3C4DD466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7EC012BB" w14:textId="77777777" w:rsidR="00CA1A7E" w:rsidRDefault="002B1CBB">
            <w:r>
              <w:rPr>
                <w:b/>
                <w:sz w:val="17"/>
              </w:rPr>
              <w:t>Item</w:t>
            </w:r>
          </w:p>
        </w:tc>
        <w:tc>
          <w:tcPr>
            <w:tcW w:w="3960" w:type="dxa"/>
            <w:shd w:val="clear" w:color="auto" w:fill="D9EAF7"/>
            <w:vAlign w:val="center"/>
          </w:tcPr>
          <w:p w14:paraId="299B88DF" w14:textId="77777777" w:rsidR="00CA1A7E" w:rsidRDefault="002B1CBB">
            <w:r>
              <w:rPr>
                <w:b/>
                <w:sz w:val="17"/>
              </w:rPr>
              <w:t>Information / Notes for Lawyer</w:t>
            </w:r>
          </w:p>
        </w:tc>
        <w:tc>
          <w:tcPr>
            <w:tcW w:w="3528" w:type="dxa"/>
            <w:shd w:val="clear" w:color="auto" w:fill="D9EAF7"/>
            <w:vAlign w:val="center"/>
          </w:tcPr>
          <w:p w14:paraId="4EDE8D15" w14:textId="77777777" w:rsidR="00CA1A7E" w:rsidRDefault="002B1CBB">
            <w:r>
              <w:rPr>
                <w:b/>
                <w:sz w:val="17"/>
              </w:rPr>
              <w:t>My Details / Answer</w:t>
            </w:r>
          </w:p>
        </w:tc>
        <w:tc>
          <w:tcPr>
            <w:tcW w:w="648" w:type="dxa"/>
            <w:shd w:val="clear" w:color="auto" w:fill="D9EAF7"/>
            <w:vAlign w:val="center"/>
          </w:tcPr>
          <w:p w14:paraId="4AD72FB3" w14:textId="77777777" w:rsidR="00CA1A7E" w:rsidRDefault="002B1CBB">
            <w:r>
              <w:rPr>
                <w:b/>
                <w:sz w:val="17"/>
              </w:rPr>
              <w:t>Done</w:t>
            </w:r>
          </w:p>
        </w:tc>
      </w:tr>
      <w:tr w:rsidR="00CA1A7E" w14:paraId="0E9539E5" w14:textId="77777777">
        <w:trPr>
          <w:jc w:val="center"/>
        </w:trPr>
        <w:tc>
          <w:tcPr>
            <w:tcW w:w="2232" w:type="dxa"/>
          </w:tcPr>
          <w:p w14:paraId="10DA15E3" w14:textId="77777777" w:rsidR="00CA1A7E" w:rsidRDefault="002B1CBB">
            <w:r>
              <w:rPr>
                <w:sz w:val="17"/>
              </w:rPr>
              <w:t>Main objectives</w:t>
            </w:r>
          </w:p>
        </w:tc>
        <w:tc>
          <w:tcPr>
            <w:tcW w:w="3960" w:type="dxa"/>
          </w:tcPr>
          <w:p w14:paraId="19866E39" w14:textId="77777777" w:rsidR="00CA1A7E" w:rsidRDefault="002B1CBB">
            <w:r>
              <w:rPr>
                <w:sz w:val="17"/>
              </w:rPr>
              <w:t>Who should inherit, who should not inherit, and any special wishes.</w:t>
            </w:r>
          </w:p>
        </w:tc>
        <w:tc>
          <w:tcPr>
            <w:tcW w:w="3528" w:type="dxa"/>
          </w:tcPr>
          <w:p w14:paraId="553F427E" w14:textId="77777777" w:rsidR="00CA1A7E" w:rsidRDefault="00CA1A7E"/>
        </w:tc>
        <w:tc>
          <w:tcPr>
            <w:tcW w:w="648" w:type="dxa"/>
          </w:tcPr>
          <w:p w14:paraId="76E6C80B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786BFA92" w14:textId="77777777">
        <w:trPr>
          <w:jc w:val="center"/>
        </w:trPr>
        <w:tc>
          <w:tcPr>
            <w:tcW w:w="2232" w:type="dxa"/>
          </w:tcPr>
          <w:p w14:paraId="0DDACF40" w14:textId="77777777" w:rsidR="00CA1A7E" w:rsidRDefault="002B1CBB">
            <w:r>
              <w:rPr>
                <w:sz w:val="17"/>
              </w:rPr>
              <w:t>Specific gifts</w:t>
            </w:r>
          </w:p>
        </w:tc>
        <w:tc>
          <w:tcPr>
            <w:tcW w:w="3960" w:type="dxa"/>
          </w:tcPr>
          <w:p w14:paraId="1E4D818D" w14:textId="77777777" w:rsidR="00CA1A7E" w:rsidRDefault="002B1CBB">
            <w:r>
              <w:rPr>
                <w:sz w:val="17"/>
              </w:rPr>
              <w:t>Cash gifts, jewelry, vehicles, heirlooms, firearms, art, pets, or sentimental items.</w:t>
            </w:r>
          </w:p>
        </w:tc>
        <w:tc>
          <w:tcPr>
            <w:tcW w:w="3528" w:type="dxa"/>
          </w:tcPr>
          <w:p w14:paraId="1E6FB3A6" w14:textId="77777777" w:rsidR="00CA1A7E" w:rsidRDefault="00CA1A7E"/>
        </w:tc>
        <w:tc>
          <w:tcPr>
            <w:tcW w:w="648" w:type="dxa"/>
          </w:tcPr>
          <w:p w14:paraId="3E4BAE56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7BA5EE3C" w14:textId="77777777">
        <w:trPr>
          <w:jc w:val="center"/>
        </w:trPr>
        <w:tc>
          <w:tcPr>
            <w:tcW w:w="2232" w:type="dxa"/>
          </w:tcPr>
          <w:p w14:paraId="6178B15E" w14:textId="77777777" w:rsidR="00CA1A7E" w:rsidRDefault="002B1CBB">
            <w:r>
              <w:rPr>
                <w:sz w:val="17"/>
              </w:rPr>
              <w:t>Residuary estate plan</w:t>
            </w:r>
          </w:p>
        </w:tc>
        <w:tc>
          <w:tcPr>
            <w:tcW w:w="3960" w:type="dxa"/>
          </w:tcPr>
          <w:p w14:paraId="6E394693" w14:textId="77777777" w:rsidR="00CA1A7E" w:rsidRDefault="002B1CBB">
            <w:r>
              <w:rPr>
                <w:sz w:val="17"/>
              </w:rPr>
              <w:t>Who receives everything not specifically listed.</w:t>
            </w:r>
          </w:p>
        </w:tc>
        <w:tc>
          <w:tcPr>
            <w:tcW w:w="3528" w:type="dxa"/>
          </w:tcPr>
          <w:p w14:paraId="26557708" w14:textId="77777777" w:rsidR="00CA1A7E" w:rsidRDefault="00CA1A7E"/>
        </w:tc>
        <w:tc>
          <w:tcPr>
            <w:tcW w:w="648" w:type="dxa"/>
          </w:tcPr>
          <w:p w14:paraId="37C42AAD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0A5D4E2D" w14:textId="77777777">
        <w:trPr>
          <w:jc w:val="center"/>
        </w:trPr>
        <w:tc>
          <w:tcPr>
            <w:tcW w:w="2232" w:type="dxa"/>
          </w:tcPr>
          <w:p w14:paraId="27B16743" w14:textId="77777777" w:rsidR="00CA1A7E" w:rsidRDefault="002B1CBB">
            <w:r>
              <w:rPr>
                <w:sz w:val="17"/>
              </w:rPr>
              <w:t>Alternate beneficiaries</w:t>
            </w:r>
          </w:p>
        </w:tc>
        <w:tc>
          <w:tcPr>
            <w:tcW w:w="3960" w:type="dxa"/>
          </w:tcPr>
          <w:p w14:paraId="5BD34BBB" w14:textId="77777777" w:rsidR="00CA1A7E" w:rsidRDefault="002B1CBB">
            <w:r>
              <w:rPr>
                <w:sz w:val="17"/>
              </w:rPr>
              <w:t>Who receives property if a beneficiary dies before you.</w:t>
            </w:r>
          </w:p>
        </w:tc>
        <w:tc>
          <w:tcPr>
            <w:tcW w:w="3528" w:type="dxa"/>
          </w:tcPr>
          <w:p w14:paraId="540D2F55" w14:textId="77777777" w:rsidR="00CA1A7E" w:rsidRDefault="00CA1A7E"/>
        </w:tc>
        <w:tc>
          <w:tcPr>
            <w:tcW w:w="648" w:type="dxa"/>
          </w:tcPr>
          <w:p w14:paraId="18DDA706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310B15A8" w14:textId="77777777">
        <w:trPr>
          <w:jc w:val="center"/>
        </w:trPr>
        <w:tc>
          <w:tcPr>
            <w:tcW w:w="2232" w:type="dxa"/>
          </w:tcPr>
          <w:p w14:paraId="388CC248" w14:textId="77777777" w:rsidR="00CA1A7E" w:rsidRDefault="002B1CBB">
            <w:r>
              <w:rPr>
                <w:sz w:val="17"/>
              </w:rPr>
              <w:t>Disinheritance or unequal gifts</w:t>
            </w:r>
          </w:p>
        </w:tc>
        <w:tc>
          <w:tcPr>
            <w:tcW w:w="3960" w:type="dxa"/>
          </w:tcPr>
          <w:p w14:paraId="0B0604E6" w14:textId="77777777" w:rsidR="00CA1A7E" w:rsidRDefault="002B1CBB">
            <w:r>
              <w:rPr>
                <w:sz w:val="17"/>
              </w:rPr>
              <w:t>Explain reasons to your lawyer to reduce ambiguity or disputes.</w:t>
            </w:r>
          </w:p>
        </w:tc>
        <w:tc>
          <w:tcPr>
            <w:tcW w:w="3528" w:type="dxa"/>
          </w:tcPr>
          <w:p w14:paraId="00F69CA3" w14:textId="77777777" w:rsidR="00CA1A7E" w:rsidRDefault="00CA1A7E"/>
        </w:tc>
        <w:tc>
          <w:tcPr>
            <w:tcW w:w="648" w:type="dxa"/>
          </w:tcPr>
          <w:p w14:paraId="0FE3CBB8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6CBBA699" w14:textId="77777777">
        <w:trPr>
          <w:jc w:val="center"/>
        </w:trPr>
        <w:tc>
          <w:tcPr>
            <w:tcW w:w="2232" w:type="dxa"/>
          </w:tcPr>
          <w:p w14:paraId="114A9BC6" w14:textId="77777777" w:rsidR="00CA1A7E" w:rsidRDefault="002B1CBB">
            <w:r>
              <w:rPr>
                <w:sz w:val="17"/>
              </w:rPr>
              <w:t>Charitable gifts</w:t>
            </w:r>
          </w:p>
        </w:tc>
        <w:tc>
          <w:tcPr>
            <w:tcW w:w="3960" w:type="dxa"/>
          </w:tcPr>
          <w:p w14:paraId="7646AC91" w14:textId="77777777" w:rsidR="00CA1A7E" w:rsidRDefault="002B1CBB">
            <w:r>
              <w:rPr>
                <w:sz w:val="17"/>
              </w:rPr>
              <w:t>Legal charity name, address, EIN if known, gift amount or percentage.</w:t>
            </w:r>
          </w:p>
        </w:tc>
        <w:tc>
          <w:tcPr>
            <w:tcW w:w="3528" w:type="dxa"/>
          </w:tcPr>
          <w:p w14:paraId="105730A0" w14:textId="77777777" w:rsidR="00CA1A7E" w:rsidRDefault="00CA1A7E"/>
        </w:tc>
        <w:tc>
          <w:tcPr>
            <w:tcW w:w="648" w:type="dxa"/>
          </w:tcPr>
          <w:p w14:paraId="7BF1223E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08074FF5" w14:textId="77777777">
        <w:trPr>
          <w:jc w:val="center"/>
        </w:trPr>
        <w:tc>
          <w:tcPr>
            <w:tcW w:w="2232" w:type="dxa"/>
          </w:tcPr>
          <w:p w14:paraId="75F32202" w14:textId="77777777" w:rsidR="00CA1A7E" w:rsidRDefault="002B1CBB">
            <w:r>
              <w:rPr>
                <w:sz w:val="17"/>
              </w:rPr>
              <w:t>No-contest clause preference</w:t>
            </w:r>
          </w:p>
        </w:tc>
        <w:tc>
          <w:tcPr>
            <w:tcW w:w="3960" w:type="dxa"/>
          </w:tcPr>
          <w:p w14:paraId="0B6C8C42" w14:textId="77777777" w:rsidR="00CA1A7E" w:rsidRDefault="002B1CBB">
            <w:r>
              <w:rPr>
                <w:sz w:val="17"/>
              </w:rPr>
              <w:t>Ask lawyer whether appropriate under Texas law.</w:t>
            </w:r>
          </w:p>
        </w:tc>
        <w:tc>
          <w:tcPr>
            <w:tcW w:w="3528" w:type="dxa"/>
          </w:tcPr>
          <w:p w14:paraId="5E4D783F" w14:textId="77777777" w:rsidR="00CA1A7E" w:rsidRDefault="00CA1A7E"/>
        </w:tc>
        <w:tc>
          <w:tcPr>
            <w:tcW w:w="648" w:type="dxa"/>
          </w:tcPr>
          <w:p w14:paraId="5D0AF289" w14:textId="77777777" w:rsidR="00CA1A7E" w:rsidRDefault="002B1CBB">
            <w:r>
              <w:rPr>
                <w:sz w:val="17"/>
              </w:rPr>
              <w:t>☐</w:t>
            </w:r>
          </w:p>
        </w:tc>
      </w:tr>
    </w:tbl>
    <w:p w14:paraId="1B9329D8" w14:textId="77777777" w:rsidR="00CA1A7E" w:rsidRDefault="00CA1A7E"/>
    <w:p w14:paraId="77B91403" w14:textId="77777777" w:rsidR="00CA1A7E" w:rsidRDefault="002B1CBB">
      <w:r>
        <w:rPr>
          <w:b/>
          <w:sz w:val="22"/>
        </w:rPr>
        <w:t>Executors and Fiduciaries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12"/>
        <w:gridCol w:w="3894"/>
        <w:gridCol w:w="3460"/>
        <w:gridCol w:w="648"/>
      </w:tblGrid>
      <w:tr w:rsidR="00CA1A7E" w14:paraId="150A12E4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1241C169" w14:textId="77777777" w:rsidR="00CA1A7E" w:rsidRDefault="002B1CBB">
            <w:r>
              <w:rPr>
                <w:b/>
                <w:sz w:val="17"/>
              </w:rPr>
              <w:t>Item</w:t>
            </w:r>
          </w:p>
        </w:tc>
        <w:tc>
          <w:tcPr>
            <w:tcW w:w="3960" w:type="dxa"/>
            <w:shd w:val="clear" w:color="auto" w:fill="D9EAF7"/>
            <w:vAlign w:val="center"/>
          </w:tcPr>
          <w:p w14:paraId="7FA5989B" w14:textId="77777777" w:rsidR="00CA1A7E" w:rsidRDefault="002B1CBB">
            <w:r>
              <w:rPr>
                <w:b/>
                <w:sz w:val="17"/>
              </w:rPr>
              <w:t>Information / Notes for Lawyer</w:t>
            </w:r>
          </w:p>
        </w:tc>
        <w:tc>
          <w:tcPr>
            <w:tcW w:w="3528" w:type="dxa"/>
            <w:shd w:val="clear" w:color="auto" w:fill="D9EAF7"/>
            <w:vAlign w:val="center"/>
          </w:tcPr>
          <w:p w14:paraId="0EDC6CBF" w14:textId="77777777" w:rsidR="00CA1A7E" w:rsidRDefault="002B1CBB">
            <w:r>
              <w:rPr>
                <w:b/>
                <w:sz w:val="17"/>
              </w:rPr>
              <w:t>My Details / Answer</w:t>
            </w:r>
          </w:p>
        </w:tc>
        <w:tc>
          <w:tcPr>
            <w:tcW w:w="648" w:type="dxa"/>
            <w:shd w:val="clear" w:color="auto" w:fill="D9EAF7"/>
            <w:vAlign w:val="center"/>
          </w:tcPr>
          <w:p w14:paraId="3944875F" w14:textId="77777777" w:rsidR="00CA1A7E" w:rsidRDefault="002B1CBB">
            <w:r>
              <w:rPr>
                <w:b/>
                <w:sz w:val="17"/>
              </w:rPr>
              <w:t>Done</w:t>
            </w:r>
          </w:p>
        </w:tc>
      </w:tr>
      <w:tr w:rsidR="00CA1A7E" w14:paraId="384E7C62" w14:textId="77777777">
        <w:trPr>
          <w:jc w:val="center"/>
        </w:trPr>
        <w:tc>
          <w:tcPr>
            <w:tcW w:w="2232" w:type="dxa"/>
          </w:tcPr>
          <w:p w14:paraId="3E838454" w14:textId="77777777" w:rsidR="00CA1A7E" w:rsidRDefault="002B1CBB">
            <w:r>
              <w:rPr>
                <w:sz w:val="17"/>
              </w:rPr>
              <w:t>Proposed independent executor</w:t>
            </w:r>
          </w:p>
        </w:tc>
        <w:tc>
          <w:tcPr>
            <w:tcW w:w="3960" w:type="dxa"/>
          </w:tcPr>
          <w:p w14:paraId="567859A4" w14:textId="77777777" w:rsidR="00CA1A7E" w:rsidRDefault="002B1CBB">
            <w:r>
              <w:rPr>
                <w:sz w:val="17"/>
              </w:rPr>
              <w:t>Full name, relationship, address, phone, email.</w:t>
            </w:r>
          </w:p>
        </w:tc>
        <w:tc>
          <w:tcPr>
            <w:tcW w:w="3528" w:type="dxa"/>
          </w:tcPr>
          <w:p w14:paraId="6213BB39" w14:textId="77777777" w:rsidR="00CA1A7E" w:rsidRDefault="00CA1A7E"/>
        </w:tc>
        <w:tc>
          <w:tcPr>
            <w:tcW w:w="648" w:type="dxa"/>
          </w:tcPr>
          <w:p w14:paraId="2A0260F6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312D4C91" w14:textId="77777777">
        <w:trPr>
          <w:jc w:val="center"/>
        </w:trPr>
        <w:tc>
          <w:tcPr>
            <w:tcW w:w="2232" w:type="dxa"/>
          </w:tcPr>
          <w:p w14:paraId="36068C3A" w14:textId="77777777" w:rsidR="00CA1A7E" w:rsidRDefault="002B1CBB">
            <w:r>
              <w:rPr>
                <w:sz w:val="17"/>
              </w:rPr>
              <w:t>Backup executor(s)</w:t>
            </w:r>
          </w:p>
        </w:tc>
        <w:tc>
          <w:tcPr>
            <w:tcW w:w="3960" w:type="dxa"/>
          </w:tcPr>
          <w:p w14:paraId="343E51A1" w14:textId="77777777" w:rsidR="00CA1A7E" w:rsidRDefault="002B1CBB">
            <w:r>
              <w:rPr>
                <w:sz w:val="17"/>
              </w:rPr>
              <w:t>At least one alternate is strongly recommended.</w:t>
            </w:r>
          </w:p>
        </w:tc>
        <w:tc>
          <w:tcPr>
            <w:tcW w:w="3528" w:type="dxa"/>
          </w:tcPr>
          <w:p w14:paraId="55CE6F0B" w14:textId="77777777" w:rsidR="00CA1A7E" w:rsidRDefault="00CA1A7E"/>
        </w:tc>
        <w:tc>
          <w:tcPr>
            <w:tcW w:w="648" w:type="dxa"/>
          </w:tcPr>
          <w:p w14:paraId="6B86E5DD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67102660" w14:textId="77777777">
        <w:trPr>
          <w:jc w:val="center"/>
        </w:trPr>
        <w:tc>
          <w:tcPr>
            <w:tcW w:w="2232" w:type="dxa"/>
          </w:tcPr>
          <w:p w14:paraId="31DF2520" w14:textId="77777777" w:rsidR="00CA1A7E" w:rsidRDefault="002B1CBB">
            <w:r>
              <w:rPr>
                <w:sz w:val="17"/>
              </w:rPr>
              <w:t>Independent administration preference</w:t>
            </w:r>
          </w:p>
        </w:tc>
        <w:tc>
          <w:tcPr>
            <w:tcW w:w="3960" w:type="dxa"/>
          </w:tcPr>
          <w:p w14:paraId="58A01D48" w14:textId="77777777" w:rsidR="00CA1A7E" w:rsidRDefault="002B1CBB">
            <w:r>
              <w:rPr>
                <w:sz w:val="17"/>
              </w:rPr>
              <w:t>Texas wills commonly request independent administration without bond if appropriate.</w:t>
            </w:r>
          </w:p>
        </w:tc>
        <w:tc>
          <w:tcPr>
            <w:tcW w:w="3528" w:type="dxa"/>
          </w:tcPr>
          <w:p w14:paraId="11903923" w14:textId="77777777" w:rsidR="00CA1A7E" w:rsidRDefault="00CA1A7E"/>
        </w:tc>
        <w:tc>
          <w:tcPr>
            <w:tcW w:w="648" w:type="dxa"/>
          </w:tcPr>
          <w:p w14:paraId="64ECAF5B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0D5866C3" w14:textId="77777777">
        <w:trPr>
          <w:jc w:val="center"/>
        </w:trPr>
        <w:tc>
          <w:tcPr>
            <w:tcW w:w="2232" w:type="dxa"/>
          </w:tcPr>
          <w:p w14:paraId="719D156D" w14:textId="77777777" w:rsidR="00CA1A7E" w:rsidRDefault="002B1CBB">
            <w:r>
              <w:rPr>
                <w:sz w:val="17"/>
              </w:rPr>
              <w:t>Bond preference</w:t>
            </w:r>
          </w:p>
        </w:tc>
        <w:tc>
          <w:tcPr>
            <w:tcW w:w="3960" w:type="dxa"/>
          </w:tcPr>
          <w:p w14:paraId="324BEDA9" w14:textId="77777777" w:rsidR="00CA1A7E" w:rsidRDefault="002B1CBB">
            <w:r>
              <w:rPr>
                <w:sz w:val="17"/>
              </w:rPr>
              <w:t>Discuss whether executor should serve without bond.</w:t>
            </w:r>
          </w:p>
        </w:tc>
        <w:tc>
          <w:tcPr>
            <w:tcW w:w="3528" w:type="dxa"/>
          </w:tcPr>
          <w:p w14:paraId="25E93800" w14:textId="77777777" w:rsidR="00CA1A7E" w:rsidRDefault="00CA1A7E"/>
        </w:tc>
        <w:tc>
          <w:tcPr>
            <w:tcW w:w="648" w:type="dxa"/>
          </w:tcPr>
          <w:p w14:paraId="7F161609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7DBDF44E" w14:textId="77777777">
        <w:trPr>
          <w:jc w:val="center"/>
        </w:trPr>
        <w:tc>
          <w:tcPr>
            <w:tcW w:w="2232" w:type="dxa"/>
          </w:tcPr>
          <w:p w14:paraId="136AF453" w14:textId="77777777" w:rsidR="00CA1A7E" w:rsidRDefault="002B1CBB">
            <w:r>
              <w:rPr>
                <w:sz w:val="17"/>
              </w:rPr>
              <w:t>Potential conflicts</w:t>
            </w:r>
          </w:p>
        </w:tc>
        <w:tc>
          <w:tcPr>
            <w:tcW w:w="3960" w:type="dxa"/>
          </w:tcPr>
          <w:p w14:paraId="092BD173" w14:textId="77777777" w:rsidR="00CA1A7E" w:rsidRDefault="002B1CBB">
            <w:r>
              <w:rPr>
                <w:sz w:val="17"/>
              </w:rPr>
              <w:t>Executor who is also beneficiary, family disputes, out-of-state executor, or creditor issues.</w:t>
            </w:r>
          </w:p>
        </w:tc>
        <w:tc>
          <w:tcPr>
            <w:tcW w:w="3528" w:type="dxa"/>
          </w:tcPr>
          <w:p w14:paraId="710ECC37" w14:textId="77777777" w:rsidR="00CA1A7E" w:rsidRDefault="00CA1A7E"/>
        </w:tc>
        <w:tc>
          <w:tcPr>
            <w:tcW w:w="648" w:type="dxa"/>
          </w:tcPr>
          <w:p w14:paraId="5FBD56F6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7564CA7D" w14:textId="77777777">
        <w:trPr>
          <w:jc w:val="center"/>
        </w:trPr>
        <w:tc>
          <w:tcPr>
            <w:tcW w:w="2232" w:type="dxa"/>
          </w:tcPr>
          <w:p w14:paraId="7B524579" w14:textId="77777777" w:rsidR="00CA1A7E" w:rsidRDefault="002B1CBB">
            <w:r>
              <w:rPr>
                <w:sz w:val="17"/>
              </w:rPr>
              <w:t>Digital executor/contact</w:t>
            </w:r>
          </w:p>
        </w:tc>
        <w:tc>
          <w:tcPr>
            <w:tcW w:w="3960" w:type="dxa"/>
          </w:tcPr>
          <w:p w14:paraId="1E403DF4" w14:textId="77777777" w:rsidR="00CA1A7E" w:rsidRDefault="002B1CBB">
            <w:r>
              <w:rPr>
                <w:sz w:val="17"/>
              </w:rPr>
              <w:t>Person to manage digital assets, passwords, cloud accounts, and devices if permitted.</w:t>
            </w:r>
          </w:p>
        </w:tc>
        <w:tc>
          <w:tcPr>
            <w:tcW w:w="3528" w:type="dxa"/>
          </w:tcPr>
          <w:p w14:paraId="21956B05" w14:textId="77777777" w:rsidR="00CA1A7E" w:rsidRDefault="00CA1A7E"/>
        </w:tc>
        <w:tc>
          <w:tcPr>
            <w:tcW w:w="648" w:type="dxa"/>
          </w:tcPr>
          <w:p w14:paraId="7C376D30" w14:textId="77777777" w:rsidR="00CA1A7E" w:rsidRDefault="002B1CBB">
            <w:r>
              <w:rPr>
                <w:sz w:val="17"/>
              </w:rPr>
              <w:t>☐</w:t>
            </w:r>
          </w:p>
        </w:tc>
      </w:tr>
    </w:tbl>
    <w:p w14:paraId="36B90796" w14:textId="77777777" w:rsidR="00CA1A7E" w:rsidRDefault="00CA1A7E"/>
    <w:p w14:paraId="7364C7CD" w14:textId="77777777" w:rsidR="00CA1A7E" w:rsidRDefault="002B1CBB">
      <w:r>
        <w:rPr>
          <w:b/>
          <w:sz w:val="22"/>
        </w:rPr>
        <w:lastRenderedPageBreak/>
        <w:t>Minor Children and Guardianship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8"/>
        <w:gridCol w:w="3895"/>
        <w:gridCol w:w="3463"/>
        <w:gridCol w:w="648"/>
      </w:tblGrid>
      <w:tr w:rsidR="00CA1A7E" w14:paraId="47625BD6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7C51FA28" w14:textId="77777777" w:rsidR="00CA1A7E" w:rsidRDefault="002B1CBB">
            <w:r>
              <w:rPr>
                <w:b/>
                <w:sz w:val="17"/>
              </w:rPr>
              <w:t>Item</w:t>
            </w:r>
          </w:p>
        </w:tc>
        <w:tc>
          <w:tcPr>
            <w:tcW w:w="3960" w:type="dxa"/>
            <w:shd w:val="clear" w:color="auto" w:fill="D9EAF7"/>
            <w:vAlign w:val="center"/>
          </w:tcPr>
          <w:p w14:paraId="6FF6C5F1" w14:textId="77777777" w:rsidR="00CA1A7E" w:rsidRDefault="002B1CBB">
            <w:r>
              <w:rPr>
                <w:b/>
                <w:sz w:val="17"/>
              </w:rPr>
              <w:t>Information / Notes for Lawyer</w:t>
            </w:r>
          </w:p>
        </w:tc>
        <w:tc>
          <w:tcPr>
            <w:tcW w:w="3528" w:type="dxa"/>
            <w:shd w:val="clear" w:color="auto" w:fill="D9EAF7"/>
            <w:vAlign w:val="center"/>
          </w:tcPr>
          <w:p w14:paraId="6914A0AA" w14:textId="77777777" w:rsidR="00CA1A7E" w:rsidRDefault="002B1CBB">
            <w:r>
              <w:rPr>
                <w:b/>
                <w:sz w:val="17"/>
              </w:rPr>
              <w:t>My Details / Answer</w:t>
            </w:r>
          </w:p>
        </w:tc>
        <w:tc>
          <w:tcPr>
            <w:tcW w:w="648" w:type="dxa"/>
            <w:shd w:val="clear" w:color="auto" w:fill="D9EAF7"/>
            <w:vAlign w:val="center"/>
          </w:tcPr>
          <w:p w14:paraId="57648C2C" w14:textId="77777777" w:rsidR="00CA1A7E" w:rsidRDefault="002B1CBB">
            <w:r>
              <w:rPr>
                <w:b/>
                <w:sz w:val="17"/>
              </w:rPr>
              <w:t>Done</w:t>
            </w:r>
          </w:p>
        </w:tc>
      </w:tr>
      <w:tr w:rsidR="00CA1A7E" w14:paraId="7FA1D4FF" w14:textId="77777777">
        <w:trPr>
          <w:jc w:val="center"/>
        </w:trPr>
        <w:tc>
          <w:tcPr>
            <w:tcW w:w="2232" w:type="dxa"/>
          </w:tcPr>
          <w:p w14:paraId="2369F124" w14:textId="77777777" w:rsidR="00CA1A7E" w:rsidRDefault="002B1CBB">
            <w:r>
              <w:rPr>
                <w:sz w:val="17"/>
              </w:rPr>
              <w:t>Guardian of the person</w:t>
            </w:r>
          </w:p>
        </w:tc>
        <w:tc>
          <w:tcPr>
            <w:tcW w:w="3960" w:type="dxa"/>
          </w:tcPr>
          <w:p w14:paraId="3254C819" w14:textId="77777777" w:rsidR="00CA1A7E" w:rsidRDefault="002B1CBB">
            <w:r>
              <w:rPr>
                <w:sz w:val="17"/>
              </w:rPr>
              <w:t>Who should raise minor children if both parents are unavailable.</w:t>
            </w:r>
          </w:p>
        </w:tc>
        <w:tc>
          <w:tcPr>
            <w:tcW w:w="3528" w:type="dxa"/>
          </w:tcPr>
          <w:p w14:paraId="798D2EA3" w14:textId="77777777" w:rsidR="00CA1A7E" w:rsidRDefault="00CA1A7E"/>
        </w:tc>
        <w:tc>
          <w:tcPr>
            <w:tcW w:w="648" w:type="dxa"/>
          </w:tcPr>
          <w:p w14:paraId="38430EF6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264CF382" w14:textId="77777777">
        <w:trPr>
          <w:jc w:val="center"/>
        </w:trPr>
        <w:tc>
          <w:tcPr>
            <w:tcW w:w="2232" w:type="dxa"/>
          </w:tcPr>
          <w:p w14:paraId="7E752E79" w14:textId="77777777" w:rsidR="00CA1A7E" w:rsidRDefault="002B1CBB">
            <w:r>
              <w:rPr>
                <w:sz w:val="17"/>
              </w:rPr>
              <w:t>Backup guardian(s)</w:t>
            </w:r>
          </w:p>
        </w:tc>
        <w:tc>
          <w:tcPr>
            <w:tcW w:w="3960" w:type="dxa"/>
          </w:tcPr>
          <w:p w14:paraId="7084D143" w14:textId="77777777" w:rsidR="00CA1A7E" w:rsidRDefault="002B1CBB">
            <w:r>
              <w:rPr>
                <w:sz w:val="17"/>
              </w:rPr>
              <w:t>Provide alternates in order of preference.</w:t>
            </w:r>
          </w:p>
        </w:tc>
        <w:tc>
          <w:tcPr>
            <w:tcW w:w="3528" w:type="dxa"/>
          </w:tcPr>
          <w:p w14:paraId="325CFA8A" w14:textId="77777777" w:rsidR="00CA1A7E" w:rsidRDefault="00CA1A7E"/>
        </w:tc>
        <w:tc>
          <w:tcPr>
            <w:tcW w:w="648" w:type="dxa"/>
          </w:tcPr>
          <w:p w14:paraId="34045C12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69FF05C1" w14:textId="77777777">
        <w:trPr>
          <w:jc w:val="center"/>
        </w:trPr>
        <w:tc>
          <w:tcPr>
            <w:tcW w:w="2232" w:type="dxa"/>
          </w:tcPr>
          <w:p w14:paraId="71269B50" w14:textId="77777777" w:rsidR="00CA1A7E" w:rsidRDefault="002B1CBB">
            <w:r>
              <w:rPr>
                <w:sz w:val="17"/>
              </w:rPr>
              <w:t>Guardian of the estate/trustee</w:t>
            </w:r>
          </w:p>
        </w:tc>
        <w:tc>
          <w:tcPr>
            <w:tcW w:w="3960" w:type="dxa"/>
          </w:tcPr>
          <w:p w14:paraId="71214B23" w14:textId="77777777" w:rsidR="00CA1A7E" w:rsidRDefault="002B1CBB">
            <w:r>
              <w:rPr>
                <w:sz w:val="17"/>
              </w:rPr>
              <w:t>Person to manage assets for minors; may be different from child guardian.</w:t>
            </w:r>
          </w:p>
        </w:tc>
        <w:tc>
          <w:tcPr>
            <w:tcW w:w="3528" w:type="dxa"/>
          </w:tcPr>
          <w:p w14:paraId="254C8051" w14:textId="77777777" w:rsidR="00CA1A7E" w:rsidRDefault="00CA1A7E"/>
        </w:tc>
        <w:tc>
          <w:tcPr>
            <w:tcW w:w="648" w:type="dxa"/>
          </w:tcPr>
          <w:p w14:paraId="02E36DFC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5C69DC63" w14:textId="77777777">
        <w:trPr>
          <w:jc w:val="center"/>
        </w:trPr>
        <w:tc>
          <w:tcPr>
            <w:tcW w:w="2232" w:type="dxa"/>
          </w:tcPr>
          <w:p w14:paraId="778CB992" w14:textId="77777777" w:rsidR="00CA1A7E" w:rsidRDefault="002B1CBB">
            <w:r>
              <w:rPr>
                <w:sz w:val="17"/>
              </w:rPr>
              <w:t>Children’s ages and needs</w:t>
            </w:r>
          </w:p>
        </w:tc>
        <w:tc>
          <w:tcPr>
            <w:tcW w:w="3960" w:type="dxa"/>
          </w:tcPr>
          <w:p w14:paraId="6CB7FB91" w14:textId="77777777" w:rsidR="00CA1A7E" w:rsidRDefault="002B1CBB">
            <w:r>
              <w:rPr>
                <w:sz w:val="17"/>
              </w:rPr>
              <w:t>Education, health, religion, location, special care instructions.</w:t>
            </w:r>
          </w:p>
        </w:tc>
        <w:tc>
          <w:tcPr>
            <w:tcW w:w="3528" w:type="dxa"/>
          </w:tcPr>
          <w:p w14:paraId="693AC84F" w14:textId="77777777" w:rsidR="00CA1A7E" w:rsidRDefault="00CA1A7E"/>
        </w:tc>
        <w:tc>
          <w:tcPr>
            <w:tcW w:w="648" w:type="dxa"/>
          </w:tcPr>
          <w:p w14:paraId="0F23686D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31ACE6A" w14:textId="77777777">
        <w:trPr>
          <w:jc w:val="center"/>
        </w:trPr>
        <w:tc>
          <w:tcPr>
            <w:tcW w:w="2232" w:type="dxa"/>
          </w:tcPr>
          <w:p w14:paraId="6438A40B" w14:textId="77777777" w:rsidR="00CA1A7E" w:rsidRDefault="002B1CBB">
            <w:r>
              <w:rPr>
                <w:sz w:val="17"/>
              </w:rPr>
              <w:t>Excluded guardians</w:t>
            </w:r>
          </w:p>
        </w:tc>
        <w:tc>
          <w:tcPr>
            <w:tcW w:w="3960" w:type="dxa"/>
          </w:tcPr>
          <w:p w14:paraId="6BFA3148" w14:textId="77777777" w:rsidR="00CA1A7E" w:rsidRDefault="002B1CBB">
            <w:r>
              <w:rPr>
                <w:sz w:val="17"/>
              </w:rPr>
              <w:t>Anyone you specifically do not want appointed, and why.</w:t>
            </w:r>
          </w:p>
        </w:tc>
        <w:tc>
          <w:tcPr>
            <w:tcW w:w="3528" w:type="dxa"/>
          </w:tcPr>
          <w:p w14:paraId="78417796" w14:textId="77777777" w:rsidR="00CA1A7E" w:rsidRDefault="00CA1A7E"/>
        </w:tc>
        <w:tc>
          <w:tcPr>
            <w:tcW w:w="648" w:type="dxa"/>
          </w:tcPr>
          <w:p w14:paraId="0295AD02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50FC5DE" w14:textId="77777777">
        <w:trPr>
          <w:jc w:val="center"/>
        </w:trPr>
        <w:tc>
          <w:tcPr>
            <w:tcW w:w="2232" w:type="dxa"/>
          </w:tcPr>
          <w:p w14:paraId="766D842F" w14:textId="77777777" w:rsidR="00CA1A7E" w:rsidRDefault="002B1CBB">
            <w:r>
              <w:rPr>
                <w:sz w:val="17"/>
              </w:rPr>
              <w:t>Trust for minors</w:t>
            </w:r>
          </w:p>
        </w:tc>
        <w:tc>
          <w:tcPr>
            <w:tcW w:w="3960" w:type="dxa"/>
          </w:tcPr>
          <w:p w14:paraId="62750173" w14:textId="77777777" w:rsidR="00CA1A7E" w:rsidRDefault="002B1CBB">
            <w:r>
              <w:rPr>
                <w:sz w:val="17"/>
              </w:rPr>
              <w:t>Age or milestones for distributions; education, health, maintenance, support.</w:t>
            </w:r>
          </w:p>
        </w:tc>
        <w:tc>
          <w:tcPr>
            <w:tcW w:w="3528" w:type="dxa"/>
          </w:tcPr>
          <w:p w14:paraId="3DC574B7" w14:textId="77777777" w:rsidR="00CA1A7E" w:rsidRDefault="00CA1A7E"/>
        </w:tc>
        <w:tc>
          <w:tcPr>
            <w:tcW w:w="648" w:type="dxa"/>
          </w:tcPr>
          <w:p w14:paraId="5B1B6573" w14:textId="77777777" w:rsidR="00CA1A7E" w:rsidRDefault="002B1CBB">
            <w:r>
              <w:rPr>
                <w:sz w:val="17"/>
              </w:rPr>
              <w:t>☐</w:t>
            </w:r>
          </w:p>
        </w:tc>
      </w:tr>
    </w:tbl>
    <w:p w14:paraId="0926AE5E" w14:textId="77777777" w:rsidR="00CA1A7E" w:rsidRDefault="00CA1A7E"/>
    <w:p w14:paraId="2BFC0206" w14:textId="77777777" w:rsidR="00CA1A7E" w:rsidRDefault="002B1CBB">
      <w:r>
        <w:rPr>
          <w:b/>
          <w:sz w:val="22"/>
        </w:rPr>
        <w:t>Assets to Review with Lawyer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21"/>
        <w:gridCol w:w="3893"/>
        <w:gridCol w:w="3452"/>
        <w:gridCol w:w="648"/>
      </w:tblGrid>
      <w:tr w:rsidR="00CA1A7E" w14:paraId="7F2FE306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7DE66AA8" w14:textId="77777777" w:rsidR="00CA1A7E" w:rsidRDefault="002B1CBB">
            <w:r>
              <w:rPr>
                <w:b/>
                <w:sz w:val="17"/>
              </w:rPr>
              <w:t>Item</w:t>
            </w:r>
          </w:p>
        </w:tc>
        <w:tc>
          <w:tcPr>
            <w:tcW w:w="3960" w:type="dxa"/>
            <w:shd w:val="clear" w:color="auto" w:fill="D9EAF7"/>
            <w:vAlign w:val="center"/>
          </w:tcPr>
          <w:p w14:paraId="0B969E01" w14:textId="77777777" w:rsidR="00CA1A7E" w:rsidRDefault="002B1CBB">
            <w:r>
              <w:rPr>
                <w:b/>
                <w:sz w:val="17"/>
              </w:rPr>
              <w:t>Information / Notes for Lawyer</w:t>
            </w:r>
          </w:p>
        </w:tc>
        <w:tc>
          <w:tcPr>
            <w:tcW w:w="3528" w:type="dxa"/>
            <w:shd w:val="clear" w:color="auto" w:fill="D9EAF7"/>
            <w:vAlign w:val="center"/>
          </w:tcPr>
          <w:p w14:paraId="2C38404A" w14:textId="77777777" w:rsidR="00CA1A7E" w:rsidRDefault="002B1CBB">
            <w:r>
              <w:rPr>
                <w:b/>
                <w:sz w:val="17"/>
              </w:rPr>
              <w:t>My Details / Answer</w:t>
            </w:r>
          </w:p>
        </w:tc>
        <w:tc>
          <w:tcPr>
            <w:tcW w:w="648" w:type="dxa"/>
            <w:shd w:val="clear" w:color="auto" w:fill="D9EAF7"/>
            <w:vAlign w:val="center"/>
          </w:tcPr>
          <w:p w14:paraId="05072C01" w14:textId="77777777" w:rsidR="00CA1A7E" w:rsidRDefault="002B1CBB">
            <w:r>
              <w:rPr>
                <w:b/>
                <w:sz w:val="17"/>
              </w:rPr>
              <w:t>Done</w:t>
            </w:r>
          </w:p>
        </w:tc>
      </w:tr>
      <w:tr w:rsidR="00CA1A7E" w14:paraId="67FDDAE0" w14:textId="77777777">
        <w:trPr>
          <w:jc w:val="center"/>
        </w:trPr>
        <w:tc>
          <w:tcPr>
            <w:tcW w:w="2232" w:type="dxa"/>
          </w:tcPr>
          <w:p w14:paraId="6B255403" w14:textId="77777777" w:rsidR="00CA1A7E" w:rsidRDefault="002B1CBB">
            <w:r>
              <w:rPr>
                <w:sz w:val="17"/>
              </w:rPr>
              <w:t>Primary residence / homestead</w:t>
            </w:r>
          </w:p>
        </w:tc>
        <w:tc>
          <w:tcPr>
            <w:tcW w:w="3960" w:type="dxa"/>
          </w:tcPr>
          <w:p w14:paraId="1214FA98" w14:textId="77777777" w:rsidR="00CA1A7E" w:rsidRDefault="002B1CBB">
            <w:r>
              <w:rPr>
                <w:sz w:val="17"/>
              </w:rPr>
              <w:t>Address, deed, mortgage, ownership type, property tax status.</w:t>
            </w:r>
          </w:p>
        </w:tc>
        <w:tc>
          <w:tcPr>
            <w:tcW w:w="3528" w:type="dxa"/>
          </w:tcPr>
          <w:p w14:paraId="49DE444D" w14:textId="77777777" w:rsidR="00CA1A7E" w:rsidRDefault="00CA1A7E"/>
        </w:tc>
        <w:tc>
          <w:tcPr>
            <w:tcW w:w="648" w:type="dxa"/>
          </w:tcPr>
          <w:p w14:paraId="6EEF28D1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0D9C95FE" w14:textId="77777777">
        <w:trPr>
          <w:jc w:val="center"/>
        </w:trPr>
        <w:tc>
          <w:tcPr>
            <w:tcW w:w="2232" w:type="dxa"/>
          </w:tcPr>
          <w:p w14:paraId="10C2B472" w14:textId="77777777" w:rsidR="00CA1A7E" w:rsidRDefault="002B1CBB">
            <w:r>
              <w:rPr>
                <w:sz w:val="17"/>
              </w:rPr>
              <w:t>Other real estate</w:t>
            </w:r>
          </w:p>
        </w:tc>
        <w:tc>
          <w:tcPr>
            <w:tcW w:w="3960" w:type="dxa"/>
          </w:tcPr>
          <w:p w14:paraId="18913090" w14:textId="77777777" w:rsidR="00CA1A7E" w:rsidRDefault="002B1CBB">
            <w:r>
              <w:rPr>
                <w:sz w:val="17"/>
              </w:rPr>
              <w:t>Rental, vacation, inherited, mineral, or out-of-state property.</w:t>
            </w:r>
          </w:p>
        </w:tc>
        <w:tc>
          <w:tcPr>
            <w:tcW w:w="3528" w:type="dxa"/>
          </w:tcPr>
          <w:p w14:paraId="1500D22A" w14:textId="77777777" w:rsidR="00CA1A7E" w:rsidRDefault="00CA1A7E"/>
        </w:tc>
        <w:tc>
          <w:tcPr>
            <w:tcW w:w="648" w:type="dxa"/>
          </w:tcPr>
          <w:p w14:paraId="5B8B6488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04A1BA6" w14:textId="77777777">
        <w:trPr>
          <w:jc w:val="center"/>
        </w:trPr>
        <w:tc>
          <w:tcPr>
            <w:tcW w:w="2232" w:type="dxa"/>
          </w:tcPr>
          <w:p w14:paraId="4B32E9EB" w14:textId="77777777" w:rsidR="00CA1A7E" w:rsidRDefault="002B1CBB">
            <w:r>
              <w:rPr>
                <w:sz w:val="17"/>
              </w:rPr>
              <w:t>Bank accounts</w:t>
            </w:r>
          </w:p>
        </w:tc>
        <w:tc>
          <w:tcPr>
            <w:tcW w:w="3960" w:type="dxa"/>
          </w:tcPr>
          <w:p w14:paraId="7B44C27F" w14:textId="77777777" w:rsidR="00CA1A7E" w:rsidRDefault="002B1CBB">
            <w:r>
              <w:rPr>
                <w:sz w:val="17"/>
              </w:rPr>
              <w:t>Bank name, approximate balance, joint owners, payable-on-death designations.</w:t>
            </w:r>
          </w:p>
        </w:tc>
        <w:tc>
          <w:tcPr>
            <w:tcW w:w="3528" w:type="dxa"/>
          </w:tcPr>
          <w:p w14:paraId="17E67215" w14:textId="77777777" w:rsidR="00CA1A7E" w:rsidRDefault="00CA1A7E"/>
        </w:tc>
        <w:tc>
          <w:tcPr>
            <w:tcW w:w="648" w:type="dxa"/>
          </w:tcPr>
          <w:p w14:paraId="7EB3517D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C402635" w14:textId="77777777">
        <w:trPr>
          <w:jc w:val="center"/>
        </w:trPr>
        <w:tc>
          <w:tcPr>
            <w:tcW w:w="2232" w:type="dxa"/>
          </w:tcPr>
          <w:p w14:paraId="7613973A" w14:textId="77777777" w:rsidR="00CA1A7E" w:rsidRDefault="002B1CBB">
            <w:r>
              <w:rPr>
                <w:sz w:val="17"/>
              </w:rPr>
              <w:t>Brokerage/investment accounts</w:t>
            </w:r>
          </w:p>
        </w:tc>
        <w:tc>
          <w:tcPr>
            <w:tcW w:w="3960" w:type="dxa"/>
          </w:tcPr>
          <w:p w14:paraId="689D89CC" w14:textId="77777777" w:rsidR="00CA1A7E" w:rsidRDefault="002B1CBB">
            <w:r>
              <w:rPr>
                <w:sz w:val="17"/>
              </w:rPr>
              <w:t>Account names, beneficiaries/TOD designations, approximate values.</w:t>
            </w:r>
          </w:p>
        </w:tc>
        <w:tc>
          <w:tcPr>
            <w:tcW w:w="3528" w:type="dxa"/>
          </w:tcPr>
          <w:p w14:paraId="7EBC4F84" w14:textId="77777777" w:rsidR="00CA1A7E" w:rsidRDefault="00CA1A7E"/>
        </w:tc>
        <w:tc>
          <w:tcPr>
            <w:tcW w:w="648" w:type="dxa"/>
          </w:tcPr>
          <w:p w14:paraId="19437730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68C34CC7" w14:textId="77777777">
        <w:trPr>
          <w:jc w:val="center"/>
        </w:trPr>
        <w:tc>
          <w:tcPr>
            <w:tcW w:w="2232" w:type="dxa"/>
          </w:tcPr>
          <w:p w14:paraId="54069AD1" w14:textId="77777777" w:rsidR="00CA1A7E" w:rsidRDefault="002B1CBB">
            <w:r>
              <w:rPr>
                <w:sz w:val="17"/>
              </w:rPr>
              <w:t>Retirement accounts</w:t>
            </w:r>
          </w:p>
        </w:tc>
        <w:tc>
          <w:tcPr>
            <w:tcW w:w="3960" w:type="dxa"/>
          </w:tcPr>
          <w:p w14:paraId="1C6E1C6B" w14:textId="77777777" w:rsidR="00CA1A7E" w:rsidRDefault="002B1CBB">
            <w:r>
              <w:rPr>
                <w:sz w:val="17"/>
              </w:rPr>
              <w:t>401(k), IRA, pension, beneficiary designations.</w:t>
            </w:r>
          </w:p>
        </w:tc>
        <w:tc>
          <w:tcPr>
            <w:tcW w:w="3528" w:type="dxa"/>
          </w:tcPr>
          <w:p w14:paraId="4744FC34" w14:textId="77777777" w:rsidR="00CA1A7E" w:rsidRDefault="00CA1A7E"/>
        </w:tc>
        <w:tc>
          <w:tcPr>
            <w:tcW w:w="648" w:type="dxa"/>
          </w:tcPr>
          <w:p w14:paraId="3C8C2DBC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17079434" w14:textId="77777777">
        <w:trPr>
          <w:jc w:val="center"/>
        </w:trPr>
        <w:tc>
          <w:tcPr>
            <w:tcW w:w="2232" w:type="dxa"/>
          </w:tcPr>
          <w:p w14:paraId="27655313" w14:textId="77777777" w:rsidR="00CA1A7E" w:rsidRDefault="002B1CBB">
            <w:r>
              <w:rPr>
                <w:sz w:val="17"/>
              </w:rPr>
              <w:t>Life insurance</w:t>
            </w:r>
          </w:p>
        </w:tc>
        <w:tc>
          <w:tcPr>
            <w:tcW w:w="3960" w:type="dxa"/>
          </w:tcPr>
          <w:p w14:paraId="7530BF24" w14:textId="77777777" w:rsidR="00CA1A7E" w:rsidRDefault="002B1CBB">
            <w:r>
              <w:rPr>
                <w:sz w:val="17"/>
              </w:rPr>
              <w:t>Carrier, policy type, face amount, beneficiary designations.</w:t>
            </w:r>
          </w:p>
        </w:tc>
        <w:tc>
          <w:tcPr>
            <w:tcW w:w="3528" w:type="dxa"/>
          </w:tcPr>
          <w:p w14:paraId="6A21AD9B" w14:textId="77777777" w:rsidR="00CA1A7E" w:rsidRDefault="00CA1A7E"/>
        </w:tc>
        <w:tc>
          <w:tcPr>
            <w:tcW w:w="648" w:type="dxa"/>
          </w:tcPr>
          <w:p w14:paraId="290DF1F2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0CC1AD8" w14:textId="77777777">
        <w:trPr>
          <w:jc w:val="center"/>
        </w:trPr>
        <w:tc>
          <w:tcPr>
            <w:tcW w:w="2232" w:type="dxa"/>
          </w:tcPr>
          <w:p w14:paraId="18CD46B7" w14:textId="77777777" w:rsidR="00CA1A7E" w:rsidRDefault="002B1CBB">
            <w:r>
              <w:rPr>
                <w:sz w:val="17"/>
              </w:rPr>
              <w:t>Business interests</w:t>
            </w:r>
          </w:p>
        </w:tc>
        <w:tc>
          <w:tcPr>
            <w:tcW w:w="3960" w:type="dxa"/>
          </w:tcPr>
          <w:p w14:paraId="161E9A52" w14:textId="77777777" w:rsidR="00CA1A7E" w:rsidRDefault="002B1CBB">
            <w:r>
              <w:rPr>
                <w:sz w:val="17"/>
              </w:rPr>
              <w:t>LLC, corporation, partnership, sole proprietorship, buy-sell agreements.</w:t>
            </w:r>
          </w:p>
        </w:tc>
        <w:tc>
          <w:tcPr>
            <w:tcW w:w="3528" w:type="dxa"/>
          </w:tcPr>
          <w:p w14:paraId="2F130C57" w14:textId="77777777" w:rsidR="00CA1A7E" w:rsidRDefault="00CA1A7E"/>
        </w:tc>
        <w:tc>
          <w:tcPr>
            <w:tcW w:w="648" w:type="dxa"/>
          </w:tcPr>
          <w:p w14:paraId="08CD2333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65C4A30" w14:textId="77777777">
        <w:trPr>
          <w:jc w:val="center"/>
        </w:trPr>
        <w:tc>
          <w:tcPr>
            <w:tcW w:w="2232" w:type="dxa"/>
          </w:tcPr>
          <w:p w14:paraId="712E9699" w14:textId="77777777" w:rsidR="00CA1A7E" w:rsidRDefault="002B1CBB">
            <w:r>
              <w:rPr>
                <w:sz w:val="17"/>
              </w:rPr>
              <w:t>Vehicles, boats, aircraft</w:t>
            </w:r>
          </w:p>
        </w:tc>
        <w:tc>
          <w:tcPr>
            <w:tcW w:w="3960" w:type="dxa"/>
          </w:tcPr>
          <w:p w14:paraId="23546C63" w14:textId="77777777" w:rsidR="00CA1A7E" w:rsidRDefault="002B1CBB">
            <w:r>
              <w:rPr>
                <w:sz w:val="17"/>
              </w:rPr>
              <w:t>Titleholder, loans, location, intended recipient.</w:t>
            </w:r>
          </w:p>
        </w:tc>
        <w:tc>
          <w:tcPr>
            <w:tcW w:w="3528" w:type="dxa"/>
          </w:tcPr>
          <w:p w14:paraId="78CECEBB" w14:textId="77777777" w:rsidR="00CA1A7E" w:rsidRDefault="00CA1A7E"/>
        </w:tc>
        <w:tc>
          <w:tcPr>
            <w:tcW w:w="648" w:type="dxa"/>
          </w:tcPr>
          <w:p w14:paraId="30DDC1B0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FB886F4" w14:textId="77777777">
        <w:trPr>
          <w:jc w:val="center"/>
        </w:trPr>
        <w:tc>
          <w:tcPr>
            <w:tcW w:w="2232" w:type="dxa"/>
          </w:tcPr>
          <w:p w14:paraId="5D96F7B1" w14:textId="77777777" w:rsidR="00CA1A7E" w:rsidRDefault="002B1CBB">
            <w:r>
              <w:rPr>
                <w:sz w:val="17"/>
              </w:rPr>
              <w:t>Valuable personal property</w:t>
            </w:r>
          </w:p>
        </w:tc>
        <w:tc>
          <w:tcPr>
            <w:tcW w:w="3960" w:type="dxa"/>
          </w:tcPr>
          <w:p w14:paraId="03A91C7E" w14:textId="77777777" w:rsidR="00CA1A7E" w:rsidRDefault="002B1CBB">
            <w:r>
              <w:rPr>
                <w:sz w:val="17"/>
              </w:rPr>
              <w:t>Jewelry, firearms, collectibles, art, antiques, equipment.</w:t>
            </w:r>
          </w:p>
        </w:tc>
        <w:tc>
          <w:tcPr>
            <w:tcW w:w="3528" w:type="dxa"/>
          </w:tcPr>
          <w:p w14:paraId="09B6C36D" w14:textId="77777777" w:rsidR="00CA1A7E" w:rsidRDefault="00CA1A7E"/>
        </w:tc>
        <w:tc>
          <w:tcPr>
            <w:tcW w:w="648" w:type="dxa"/>
          </w:tcPr>
          <w:p w14:paraId="4373E22C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6C575E6C" w14:textId="77777777">
        <w:trPr>
          <w:jc w:val="center"/>
        </w:trPr>
        <w:tc>
          <w:tcPr>
            <w:tcW w:w="2232" w:type="dxa"/>
          </w:tcPr>
          <w:p w14:paraId="751E17BA" w14:textId="77777777" w:rsidR="00CA1A7E" w:rsidRDefault="002B1CBB">
            <w:r>
              <w:rPr>
                <w:sz w:val="17"/>
              </w:rPr>
              <w:t>Oil, gas, and mineral interests</w:t>
            </w:r>
          </w:p>
        </w:tc>
        <w:tc>
          <w:tcPr>
            <w:tcW w:w="3960" w:type="dxa"/>
          </w:tcPr>
          <w:p w14:paraId="1E8139A7" w14:textId="77777777" w:rsidR="00CA1A7E" w:rsidRDefault="002B1CBB">
            <w:r>
              <w:rPr>
                <w:sz w:val="17"/>
              </w:rPr>
              <w:t>Leases, royalty statements, deeds, division orders.</w:t>
            </w:r>
          </w:p>
        </w:tc>
        <w:tc>
          <w:tcPr>
            <w:tcW w:w="3528" w:type="dxa"/>
          </w:tcPr>
          <w:p w14:paraId="5E8D718A" w14:textId="77777777" w:rsidR="00CA1A7E" w:rsidRDefault="00CA1A7E"/>
        </w:tc>
        <w:tc>
          <w:tcPr>
            <w:tcW w:w="648" w:type="dxa"/>
          </w:tcPr>
          <w:p w14:paraId="7349ABF9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1A82C551" w14:textId="77777777">
        <w:trPr>
          <w:jc w:val="center"/>
        </w:trPr>
        <w:tc>
          <w:tcPr>
            <w:tcW w:w="2232" w:type="dxa"/>
          </w:tcPr>
          <w:p w14:paraId="6ECE55E2" w14:textId="77777777" w:rsidR="00CA1A7E" w:rsidRDefault="002B1CBB">
            <w:r>
              <w:rPr>
                <w:sz w:val="17"/>
              </w:rPr>
              <w:t>Cryptocurrency and digital assets</w:t>
            </w:r>
          </w:p>
        </w:tc>
        <w:tc>
          <w:tcPr>
            <w:tcW w:w="3960" w:type="dxa"/>
          </w:tcPr>
          <w:p w14:paraId="7CC1BAA8" w14:textId="77777777" w:rsidR="00CA1A7E" w:rsidRDefault="002B1CBB">
            <w:r>
              <w:rPr>
                <w:sz w:val="17"/>
              </w:rPr>
              <w:t>Wallets, exchanges, seed phrase custody, access plan.</w:t>
            </w:r>
          </w:p>
        </w:tc>
        <w:tc>
          <w:tcPr>
            <w:tcW w:w="3528" w:type="dxa"/>
          </w:tcPr>
          <w:p w14:paraId="2F22AD1A" w14:textId="77777777" w:rsidR="00CA1A7E" w:rsidRDefault="00CA1A7E"/>
        </w:tc>
        <w:tc>
          <w:tcPr>
            <w:tcW w:w="648" w:type="dxa"/>
          </w:tcPr>
          <w:p w14:paraId="605791D7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311389F7" w14:textId="77777777">
        <w:trPr>
          <w:jc w:val="center"/>
        </w:trPr>
        <w:tc>
          <w:tcPr>
            <w:tcW w:w="2232" w:type="dxa"/>
          </w:tcPr>
          <w:p w14:paraId="25D87098" w14:textId="77777777" w:rsidR="00CA1A7E" w:rsidRDefault="002B1CBB">
            <w:r>
              <w:rPr>
                <w:sz w:val="17"/>
              </w:rPr>
              <w:t>Expected inheritances or claims</w:t>
            </w:r>
          </w:p>
        </w:tc>
        <w:tc>
          <w:tcPr>
            <w:tcW w:w="3960" w:type="dxa"/>
          </w:tcPr>
          <w:p w14:paraId="7B644B96" w14:textId="77777777" w:rsidR="00CA1A7E" w:rsidRDefault="002B1CBB">
            <w:r>
              <w:rPr>
                <w:sz w:val="17"/>
              </w:rPr>
              <w:t>Pending probate, lawsuit, settlement, or other rights.</w:t>
            </w:r>
          </w:p>
        </w:tc>
        <w:tc>
          <w:tcPr>
            <w:tcW w:w="3528" w:type="dxa"/>
          </w:tcPr>
          <w:p w14:paraId="51B4A790" w14:textId="77777777" w:rsidR="00CA1A7E" w:rsidRDefault="00CA1A7E"/>
        </w:tc>
        <w:tc>
          <w:tcPr>
            <w:tcW w:w="648" w:type="dxa"/>
          </w:tcPr>
          <w:p w14:paraId="1A8D12B6" w14:textId="77777777" w:rsidR="00CA1A7E" w:rsidRDefault="002B1CBB">
            <w:r>
              <w:rPr>
                <w:sz w:val="17"/>
              </w:rPr>
              <w:t>☐</w:t>
            </w:r>
          </w:p>
        </w:tc>
      </w:tr>
    </w:tbl>
    <w:p w14:paraId="55A084E6" w14:textId="77777777" w:rsidR="00CA1A7E" w:rsidRDefault="00CA1A7E"/>
    <w:p w14:paraId="0A173FED" w14:textId="77777777" w:rsidR="00CA1A7E" w:rsidRDefault="002B1CBB">
      <w:r>
        <w:rPr>
          <w:b/>
          <w:sz w:val="22"/>
        </w:rPr>
        <w:t>Debts, Taxes, and Obligations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5"/>
        <w:gridCol w:w="3895"/>
        <w:gridCol w:w="3466"/>
        <w:gridCol w:w="648"/>
      </w:tblGrid>
      <w:tr w:rsidR="00CA1A7E" w14:paraId="765A4B56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38FC2ECE" w14:textId="77777777" w:rsidR="00CA1A7E" w:rsidRDefault="002B1CBB">
            <w:r>
              <w:rPr>
                <w:b/>
                <w:sz w:val="17"/>
              </w:rPr>
              <w:t>Item</w:t>
            </w:r>
          </w:p>
        </w:tc>
        <w:tc>
          <w:tcPr>
            <w:tcW w:w="3960" w:type="dxa"/>
            <w:shd w:val="clear" w:color="auto" w:fill="D9EAF7"/>
            <w:vAlign w:val="center"/>
          </w:tcPr>
          <w:p w14:paraId="3D9C6828" w14:textId="77777777" w:rsidR="00CA1A7E" w:rsidRDefault="002B1CBB">
            <w:r>
              <w:rPr>
                <w:b/>
                <w:sz w:val="17"/>
              </w:rPr>
              <w:t>Information / Notes for Lawyer</w:t>
            </w:r>
          </w:p>
        </w:tc>
        <w:tc>
          <w:tcPr>
            <w:tcW w:w="3528" w:type="dxa"/>
            <w:shd w:val="clear" w:color="auto" w:fill="D9EAF7"/>
            <w:vAlign w:val="center"/>
          </w:tcPr>
          <w:p w14:paraId="34549FC6" w14:textId="77777777" w:rsidR="00CA1A7E" w:rsidRDefault="002B1CBB">
            <w:r>
              <w:rPr>
                <w:b/>
                <w:sz w:val="17"/>
              </w:rPr>
              <w:t>My Details / Answer</w:t>
            </w:r>
          </w:p>
        </w:tc>
        <w:tc>
          <w:tcPr>
            <w:tcW w:w="648" w:type="dxa"/>
            <w:shd w:val="clear" w:color="auto" w:fill="D9EAF7"/>
            <w:vAlign w:val="center"/>
          </w:tcPr>
          <w:p w14:paraId="2D822F38" w14:textId="77777777" w:rsidR="00CA1A7E" w:rsidRDefault="002B1CBB">
            <w:r>
              <w:rPr>
                <w:b/>
                <w:sz w:val="17"/>
              </w:rPr>
              <w:t>Done</w:t>
            </w:r>
          </w:p>
        </w:tc>
      </w:tr>
      <w:tr w:rsidR="00CA1A7E" w14:paraId="52190B07" w14:textId="77777777">
        <w:trPr>
          <w:jc w:val="center"/>
        </w:trPr>
        <w:tc>
          <w:tcPr>
            <w:tcW w:w="2232" w:type="dxa"/>
          </w:tcPr>
          <w:p w14:paraId="010913D6" w14:textId="77777777" w:rsidR="00CA1A7E" w:rsidRDefault="002B1CBB">
            <w:r>
              <w:rPr>
                <w:sz w:val="17"/>
              </w:rPr>
              <w:t>Mortgage and home equity loans</w:t>
            </w:r>
          </w:p>
        </w:tc>
        <w:tc>
          <w:tcPr>
            <w:tcW w:w="3960" w:type="dxa"/>
          </w:tcPr>
          <w:p w14:paraId="544ABA4E" w14:textId="77777777" w:rsidR="00CA1A7E" w:rsidRDefault="002B1CBB">
            <w:r>
              <w:rPr>
                <w:sz w:val="17"/>
              </w:rPr>
              <w:t>Lender, balance, co-borrowers.</w:t>
            </w:r>
          </w:p>
        </w:tc>
        <w:tc>
          <w:tcPr>
            <w:tcW w:w="3528" w:type="dxa"/>
          </w:tcPr>
          <w:p w14:paraId="51DA19B4" w14:textId="77777777" w:rsidR="00CA1A7E" w:rsidRDefault="00CA1A7E"/>
        </w:tc>
        <w:tc>
          <w:tcPr>
            <w:tcW w:w="648" w:type="dxa"/>
          </w:tcPr>
          <w:p w14:paraId="3718EBC1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0D67ED45" w14:textId="77777777">
        <w:trPr>
          <w:jc w:val="center"/>
        </w:trPr>
        <w:tc>
          <w:tcPr>
            <w:tcW w:w="2232" w:type="dxa"/>
          </w:tcPr>
          <w:p w14:paraId="25C8E310" w14:textId="77777777" w:rsidR="00CA1A7E" w:rsidRDefault="002B1CBB">
            <w:r>
              <w:rPr>
                <w:sz w:val="17"/>
              </w:rPr>
              <w:t>Credit cards and personal loans</w:t>
            </w:r>
          </w:p>
        </w:tc>
        <w:tc>
          <w:tcPr>
            <w:tcW w:w="3960" w:type="dxa"/>
          </w:tcPr>
          <w:p w14:paraId="26BB9649" w14:textId="77777777" w:rsidR="00CA1A7E" w:rsidRDefault="002B1CBB">
            <w:r>
              <w:rPr>
                <w:sz w:val="17"/>
              </w:rPr>
              <w:t>Major debts and guaranties.</w:t>
            </w:r>
          </w:p>
        </w:tc>
        <w:tc>
          <w:tcPr>
            <w:tcW w:w="3528" w:type="dxa"/>
          </w:tcPr>
          <w:p w14:paraId="05812E36" w14:textId="77777777" w:rsidR="00CA1A7E" w:rsidRDefault="00CA1A7E"/>
        </w:tc>
        <w:tc>
          <w:tcPr>
            <w:tcW w:w="648" w:type="dxa"/>
          </w:tcPr>
          <w:p w14:paraId="47D6903A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883A2A9" w14:textId="77777777">
        <w:trPr>
          <w:jc w:val="center"/>
        </w:trPr>
        <w:tc>
          <w:tcPr>
            <w:tcW w:w="2232" w:type="dxa"/>
          </w:tcPr>
          <w:p w14:paraId="67062EA1" w14:textId="77777777" w:rsidR="00CA1A7E" w:rsidRDefault="002B1CBB">
            <w:r>
              <w:rPr>
                <w:sz w:val="17"/>
              </w:rPr>
              <w:t>Medical debts or long-term care obligations</w:t>
            </w:r>
          </w:p>
        </w:tc>
        <w:tc>
          <w:tcPr>
            <w:tcW w:w="3960" w:type="dxa"/>
          </w:tcPr>
          <w:p w14:paraId="7337CA06" w14:textId="77777777" w:rsidR="00CA1A7E" w:rsidRDefault="002B1CBB">
            <w:r>
              <w:rPr>
                <w:sz w:val="17"/>
              </w:rPr>
              <w:t>Current or anticipated obligations.</w:t>
            </w:r>
          </w:p>
        </w:tc>
        <w:tc>
          <w:tcPr>
            <w:tcW w:w="3528" w:type="dxa"/>
          </w:tcPr>
          <w:p w14:paraId="3E4E4BD4" w14:textId="77777777" w:rsidR="00CA1A7E" w:rsidRDefault="00CA1A7E"/>
        </w:tc>
        <w:tc>
          <w:tcPr>
            <w:tcW w:w="648" w:type="dxa"/>
          </w:tcPr>
          <w:p w14:paraId="5CBFE366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562501D8" w14:textId="77777777">
        <w:trPr>
          <w:jc w:val="center"/>
        </w:trPr>
        <w:tc>
          <w:tcPr>
            <w:tcW w:w="2232" w:type="dxa"/>
          </w:tcPr>
          <w:p w14:paraId="7D0408BB" w14:textId="77777777" w:rsidR="00CA1A7E" w:rsidRDefault="002B1CBB">
            <w:r>
              <w:rPr>
                <w:sz w:val="17"/>
              </w:rPr>
              <w:t>Child support, alimony, or divorce obligations</w:t>
            </w:r>
          </w:p>
        </w:tc>
        <w:tc>
          <w:tcPr>
            <w:tcW w:w="3960" w:type="dxa"/>
          </w:tcPr>
          <w:p w14:paraId="1ECFD7E2" w14:textId="77777777" w:rsidR="00CA1A7E" w:rsidRDefault="002B1CBB">
            <w:r>
              <w:rPr>
                <w:sz w:val="17"/>
              </w:rPr>
              <w:t>Bring court orders or agreements.</w:t>
            </w:r>
          </w:p>
        </w:tc>
        <w:tc>
          <w:tcPr>
            <w:tcW w:w="3528" w:type="dxa"/>
          </w:tcPr>
          <w:p w14:paraId="2699CCF3" w14:textId="77777777" w:rsidR="00CA1A7E" w:rsidRDefault="00CA1A7E"/>
        </w:tc>
        <w:tc>
          <w:tcPr>
            <w:tcW w:w="648" w:type="dxa"/>
          </w:tcPr>
          <w:p w14:paraId="75584391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1FE1A7D9" w14:textId="77777777">
        <w:trPr>
          <w:jc w:val="center"/>
        </w:trPr>
        <w:tc>
          <w:tcPr>
            <w:tcW w:w="2232" w:type="dxa"/>
          </w:tcPr>
          <w:p w14:paraId="64C49229" w14:textId="77777777" w:rsidR="00CA1A7E" w:rsidRDefault="002B1CBB">
            <w:r>
              <w:rPr>
                <w:sz w:val="17"/>
              </w:rPr>
              <w:t>Tax issues</w:t>
            </w:r>
          </w:p>
        </w:tc>
        <w:tc>
          <w:tcPr>
            <w:tcW w:w="3960" w:type="dxa"/>
          </w:tcPr>
          <w:p w14:paraId="64280ECD" w14:textId="77777777" w:rsidR="00CA1A7E" w:rsidRDefault="002B1CBB">
            <w:r>
              <w:rPr>
                <w:sz w:val="17"/>
              </w:rPr>
              <w:t>Unfiled returns, IRS notices, property tax deferrals, estate tax concerns.</w:t>
            </w:r>
          </w:p>
        </w:tc>
        <w:tc>
          <w:tcPr>
            <w:tcW w:w="3528" w:type="dxa"/>
          </w:tcPr>
          <w:p w14:paraId="6FCCBB7E" w14:textId="77777777" w:rsidR="00CA1A7E" w:rsidRDefault="00CA1A7E"/>
        </w:tc>
        <w:tc>
          <w:tcPr>
            <w:tcW w:w="648" w:type="dxa"/>
          </w:tcPr>
          <w:p w14:paraId="1C41B5A1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6241E18" w14:textId="77777777">
        <w:trPr>
          <w:jc w:val="center"/>
        </w:trPr>
        <w:tc>
          <w:tcPr>
            <w:tcW w:w="2232" w:type="dxa"/>
          </w:tcPr>
          <w:p w14:paraId="2EF0F8D0" w14:textId="77777777" w:rsidR="00CA1A7E" w:rsidRDefault="002B1CBB">
            <w:r>
              <w:rPr>
                <w:sz w:val="17"/>
              </w:rPr>
              <w:t>Business debts or personal guarantees</w:t>
            </w:r>
          </w:p>
        </w:tc>
        <w:tc>
          <w:tcPr>
            <w:tcW w:w="3960" w:type="dxa"/>
          </w:tcPr>
          <w:p w14:paraId="6D861A41" w14:textId="77777777" w:rsidR="00CA1A7E" w:rsidRDefault="002B1CBB">
            <w:r>
              <w:rPr>
                <w:sz w:val="17"/>
              </w:rPr>
              <w:t>Loans, leases, guarantees, pending claims.</w:t>
            </w:r>
          </w:p>
        </w:tc>
        <w:tc>
          <w:tcPr>
            <w:tcW w:w="3528" w:type="dxa"/>
          </w:tcPr>
          <w:p w14:paraId="4CAA0F85" w14:textId="77777777" w:rsidR="00CA1A7E" w:rsidRDefault="00CA1A7E"/>
        </w:tc>
        <w:tc>
          <w:tcPr>
            <w:tcW w:w="648" w:type="dxa"/>
          </w:tcPr>
          <w:p w14:paraId="33224E57" w14:textId="77777777" w:rsidR="00CA1A7E" w:rsidRDefault="002B1CBB">
            <w:r>
              <w:rPr>
                <w:sz w:val="17"/>
              </w:rPr>
              <w:t>☐</w:t>
            </w:r>
          </w:p>
        </w:tc>
      </w:tr>
    </w:tbl>
    <w:p w14:paraId="72A36B49" w14:textId="77777777" w:rsidR="00CA1A7E" w:rsidRDefault="00CA1A7E"/>
    <w:p w14:paraId="0257D74B" w14:textId="77777777" w:rsidR="00CA1A7E" w:rsidRDefault="002B1CBB">
      <w:r>
        <w:rPr>
          <w:b/>
          <w:sz w:val="22"/>
        </w:rPr>
        <w:t>Non-Probate Transfers to Coordinate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4"/>
        <w:gridCol w:w="3904"/>
        <w:gridCol w:w="3458"/>
        <w:gridCol w:w="648"/>
      </w:tblGrid>
      <w:tr w:rsidR="00CA1A7E" w14:paraId="6B00EB26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7EEB10D0" w14:textId="77777777" w:rsidR="00CA1A7E" w:rsidRDefault="002B1CBB">
            <w:r>
              <w:rPr>
                <w:b/>
                <w:sz w:val="17"/>
              </w:rPr>
              <w:t>Item</w:t>
            </w:r>
          </w:p>
        </w:tc>
        <w:tc>
          <w:tcPr>
            <w:tcW w:w="3960" w:type="dxa"/>
            <w:shd w:val="clear" w:color="auto" w:fill="D9EAF7"/>
            <w:vAlign w:val="center"/>
          </w:tcPr>
          <w:p w14:paraId="1AF10117" w14:textId="77777777" w:rsidR="00CA1A7E" w:rsidRDefault="002B1CBB">
            <w:r>
              <w:rPr>
                <w:b/>
                <w:sz w:val="17"/>
              </w:rPr>
              <w:t>Information / Notes for Lawyer</w:t>
            </w:r>
          </w:p>
        </w:tc>
        <w:tc>
          <w:tcPr>
            <w:tcW w:w="3528" w:type="dxa"/>
            <w:shd w:val="clear" w:color="auto" w:fill="D9EAF7"/>
            <w:vAlign w:val="center"/>
          </w:tcPr>
          <w:p w14:paraId="2AC38DC6" w14:textId="77777777" w:rsidR="00CA1A7E" w:rsidRDefault="002B1CBB">
            <w:r>
              <w:rPr>
                <w:b/>
                <w:sz w:val="17"/>
              </w:rPr>
              <w:t>My Details / Answer</w:t>
            </w:r>
          </w:p>
        </w:tc>
        <w:tc>
          <w:tcPr>
            <w:tcW w:w="648" w:type="dxa"/>
            <w:shd w:val="clear" w:color="auto" w:fill="D9EAF7"/>
            <w:vAlign w:val="center"/>
          </w:tcPr>
          <w:p w14:paraId="2B22A42C" w14:textId="77777777" w:rsidR="00CA1A7E" w:rsidRDefault="002B1CBB">
            <w:r>
              <w:rPr>
                <w:b/>
                <w:sz w:val="17"/>
              </w:rPr>
              <w:t>Done</w:t>
            </w:r>
          </w:p>
        </w:tc>
      </w:tr>
      <w:tr w:rsidR="00CA1A7E" w14:paraId="0E62E30F" w14:textId="77777777">
        <w:trPr>
          <w:jc w:val="center"/>
        </w:trPr>
        <w:tc>
          <w:tcPr>
            <w:tcW w:w="2232" w:type="dxa"/>
          </w:tcPr>
          <w:p w14:paraId="1D49EF5E" w14:textId="77777777" w:rsidR="00CA1A7E" w:rsidRDefault="002B1CBB">
            <w:r>
              <w:rPr>
                <w:sz w:val="17"/>
              </w:rPr>
              <w:t>Beneficiary designations</w:t>
            </w:r>
          </w:p>
        </w:tc>
        <w:tc>
          <w:tcPr>
            <w:tcW w:w="3960" w:type="dxa"/>
          </w:tcPr>
          <w:p w14:paraId="3870A59E" w14:textId="77777777" w:rsidR="00CA1A7E" w:rsidRDefault="002B1CBB">
            <w:r>
              <w:rPr>
                <w:sz w:val="17"/>
              </w:rPr>
              <w:t>Retirement, life insurance, annuities; ensure they match estate plan.</w:t>
            </w:r>
          </w:p>
        </w:tc>
        <w:tc>
          <w:tcPr>
            <w:tcW w:w="3528" w:type="dxa"/>
          </w:tcPr>
          <w:p w14:paraId="548E6847" w14:textId="77777777" w:rsidR="00CA1A7E" w:rsidRDefault="00CA1A7E"/>
        </w:tc>
        <w:tc>
          <w:tcPr>
            <w:tcW w:w="648" w:type="dxa"/>
          </w:tcPr>
          <w:p w14:paraId="76434960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33A27516" w14:textId="77777777">
        <w:trPr>
          <w:jc w:val="center"/>
        </w:trPr>
        <w:tc>
          <w:tcPr>
            <w:tcW w:w="2232" w:type="dxa"/>
          </w:tcPr>
          <w:p w14:paraId="02AD819B" w14:textId="77777777" w:rsidR="00CA1A7E" w:rsidRDefault="002B1CBB">
            <w:r>
              <w:rPr>
                <w:sz w:val="17"/>
              </w:rPr>
              <w:lastRenderedPageBreak/>
              <w:t>Payable-on-death / transfer-on-death accounts</w:t>
            </w:r>
          </w:p>
        </w:tc>
        <w:tc>
          <w:tcPr>
            <w:tcW w:w="3960" w:type="dxa"/>
          </w:tcPr>
          <w:p w14:paraId="5551D1E7" w14:textId="77777777" w:rsidR="00CA1A7E" w:rsidRDefault="002B1CBB">
            <w:r>
              <w:rPr>
                <w:sz w:val="17"/>
              </w:rPr>
              <w:t>Bank and brokerage account designations.</w:t>
            </w:r>
          </w:p>
        </w:tc>
        <w:tc>
          <w:tcPr>
            <w:tcW w:w="3528" w:type="dxa"/>
          </w:tcPr>
          <w:p w14:paraId="3EEE6668" w14:textId="77777777" w:rsidR="00CA1A7E" w:rsidRDefault="00CA1A7E"/>
        </w:tc>
        <w:tc>
          <w:tcPr>
            <w:tcW w:w="648" w:type="dxa"/>
          </w:tcPr>
          <w:p w14:paraId="5ADB8C4E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14D19B0D" w14:textId="77777777">
        <w:trPr>
          <w:jc w:val="center"/>
        </w:trPr>
        <w:tc>
          <w:tcPr>
            <w:tcW w:w="2232" w:type="dxa"/>
          </w:tcPr>
          <w:p w14:paraId="7A72A448" w14:textId="77777777" w:rsidR="00CA1A7E" w:rsidRDefault="002B1CBB">
            <w:r>
              <w:rPr>
                <w:sz w:val="17"/>
              </w:rPr>
              <w:t>Joint accounts and survivorship rights</w:t>
            </w:r>
          </w:p>
        </w:tc>
        <w:tc>
          <w:tcPr>
            <w:tcW w:w="3960" w:type="dxa"/>
          </w:tcPr>
          <w:p w14:paraId="1B154F73" w14:textId="77777777" w:rsidR="00CA1A7E" w:rsidRDefault="002B1CBB">
            <w:r>
              <w:rPr>
                <w:sz w:val="17"/>
              </w:rPr>
              <w:t>Confirm whether assets pass outside the will.</w:t>
            </w:r>
          </w:p>
        </w:tc>
        <w:tc>
          <w:tcPr>
            <w:tcW w:w="3528" w:type="dxa"/>
          </w:tcPr>
          <w:p w14:paraId="1B95BAD5" w14:textId="77777777" w:rsidR="00CA1A7E" w:rsidRDefault="00CA1A7E"/>
        </w:tc>
        <w:tc>
          <w:tcPr>
            <w:tcW w:w="648" w:type="dxa"/>
          </w:tcPr>
          <w:p w14:paraId="5A2D3EDD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7FDE1A83" w14:textId="77777777">
        <w:trPr>
          <w:jc w:val="center"/>
        </w:trPr>
        <w:tc>
          <w:tcPr>
            <w:tcW w:w="2232" w:type="dxa"/>
          </w:tcPr>
          <w:p w14:paraId="4835F160" w14:textId="77777777" w:rsidR="00CA1A7E" w:rsidRDefault="002B1CBB">
            <w:r>
              <w:rPr>
                <w:sz w:val="17"/>
              </w:rPr>
              <w:t>Transfer on death deed</w:t>
            </w:r>
          </w:p>
        </w:tc>
        <w:tc>
          <w:tcPr>
            <w:tcW w:w="3960" w:type="dxa"/>
          </w:tcPr>
          <w:p w14:paraId="5879DDCB" w14:textId="77777777" w:rsidR="00CA1A7E" w:rsidRDefault="002B1CBB">
            <w:r>
              <w:rPr>
                <w:sz w:val="17"/>
              </w:rPr>
              <w:t>Ask lawyer whether suitable for Texas real estate.</w:t>
            </w:r>
          </w:p>
        </w:tc>
        <w:tc>
          <w:tcPr>
            <w:tcW w:w="3528" w:type="dxa"/>
          </w:tcPr>
          <w:p w14:paraId="563EA07E" w14:textId="77777777" w:rsidR="00CA1A7E" w:rsidRDefault="00CA1A7E"/>
        </w:tc>
        <w:tc>
          <w:tcPr>
            <w:tcW w:w="648" w:type="dxa"/>
          </w:tcPr>
          <w:p w14:paraId="3B9FE341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2300EA89" w14:textId="77777777">
        <w:trPr>
          <w:jc w:val="center"/>
        </w:trPr>
        <w:tc>
          <w:tcPr>
            <w:tcW w:w="2232" w:type="dxa"/>
          </w:tcPr>
          <w:p w14:paraId="06AC14FF" w14:textId="77777777" w:rsidR="00CA1A7E" w:rsidRDefault="002B1CBB">
            <w:r>
              <w:rPr>
                <w:sz w:val="17"/>
              </w:rPr>
              <w:t>Trusts</w:t>
            </w:r>
          </w:p>
        </w:tc>
        <w:tc>
          <w:tcPr>
            <w:tcW w:w="3960" w:type="dxa"/>
          </w:tcPr>
          <w:p w14:paraId="12AE226D" w14:textId="77777777" w:rsidR="00CA1A7E" w:rsidRDefault="002B1CBB">
            <w:r>
              <w:rPr>
                <w:sz w:val="17"/>
              </w:rPr>
              <w:t>Existing revocable/irrevocable trusts and trustee information.</w:t>
            </w:r>
          </w:p>
        </w:tc>
        <w:tc>
          <w:tcPr>
            <w:tcW w:w="3528" w:type="dxa"/>
          </w:tcPr>
          <w:p w14:paraId="3D6B7462" w14:textId="77777777" w:rsidR="00CA1A7E" w:rsidRDefault="00CA1A7E"/>
        </w:tc>
        <w:tc>
          <w:tcPr>
            <w:tcW w:w="648" w:type="dxa"/>
          </w:tcPr>
          <w:p w14:paraId="5E5CA3B3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338407FC" w14:textId="77777777">
        <w:trPr>
          <w:jc w:val="center"/>
        </w:trPr>
        <w:tc>
          <w:tcPr>
            <w:tcW w:w="2232" w:type="dxa"/>
          </w:tcPr>
          <w:p w14:paraId="753261CF" w14:textId="77777777" w:rsidR="00CA1A7E" w:rsidRDefault="002B1CBB">
            <w:r>
              <w:rPr>
                <w:sz w:val="17"/>
              </w:rPr>
              <w:t>Community property survivorship agreement</w:t>
            </w:r>
          </w:p>
        </w:tc>
        <w:tc>
          <w:tcPr>
            <w:tcW w:w="3960" w:type="dxa"/>
          </w:tcPr>
          <w:p w14:paraId="28DF2C73" w14:textId="77777777" w:rsidR="00CA1A7E" w:rsidRDefault="002B1CBB">
            <w:r>
              <w:rPr>
                <w:sz w:val="17"/>
              </w:rPr>
              <w:t>If married, ask whether useful or already in place.</w:t>
            </w:r>
          </w:p>
        </w:tc>
        <w:tc>
          <w:tcPr>
            <w:tcW w:w="3528" w:type="dxa"/>
          </w:tcPr>
          <w:p w14:paraId="14B90123" w14:textId="77777777" w:rsidR="00CA1A7E" w:rsidRDefault="00CA1A7E"/>
        </w:tc>
        <w:tc>
          <w:tcPr>
            <w:tcW w:w="648" w:type="dxa"/>
          </w:tcPr>
          <w:p w14:paraId="186D4886" w14:textId="77777777" w:rsidR="00CA1A7E" w:rsidRDefault="002B1CBB">
            <w:r>
              <w:rPr>
                <w:sz w:val="17"/>
              </w:rPr>
              <w:t>☐</w:t>
            </w:r>
          </w:p>
        </w:tc>
      </w:tr>
    </w:tbl>
    <w:p w14:paraId="6B331713" w14:textId="77777777" w:rsidR="00CA1A7E" w:rsidRDefault="00CA1A7E"/>
    <w:p w14:paraId="22092D83" w14:textId="77777777" w:rsidR="00CA1A7E" w:rsidRDefault="002B1CBB">
      <w:r>
        <w:rPr>
          <w:b/>
          <w:sz w:val="22"/>
        </w:rPr>
        <w:t>Healthcare, Financial, and End-of-Life Documents to Ask About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4"/>
        <w:gridCol w:w="3899"/>
        <w:gridCol w:w="3463"/>
        <w:gridCol w:w="648"/>
      </w:tblGrid>
      <w:tr w:rsidR="00CA1A7E" w14:paraId="0AF8DD9B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5523CCEF" w14:textId="77777777" w:rsidR="00CA1A7E" w:rsidRDefault="002B1CBB">
            <w:r>
              <w:rPr>
                <w:b/>
                <w:sz w:val="17"/>
              </w:rPr>
              <w:t>Item</w:t>
            </w:r>
          </w:p>
        </w:tc>
        <w:tc>
          <w:tcPr>
            <w:tcW w:w="3960" w:type="dxa"/>
            <w:shd w:val="clear" w:color="auto" w:fill="D9EAF7"/>
            <w:vAlign w:val="center"/>
          </w:tcPr>
          <w:p w14:paraId="5979DE90" w14:textId="77777777" w:rsidR="00CA1A7E" w:rsidRDefault="002B1CBB">
            <w:r>
              <w:rPr>
                <w:b/>
                <w:sz w:val="17"/>
              </w:rPr>
              <w:t>Information / Notes for Lawyer</w:t>
            </w:r>
          </w:p>
        </w:tc>
        <w:tc>
          <w:tcPr>
            <w:tcW w:w="3528" w:type="dxa"/>
            <w:shd w:val="clear" w:color="auto" w:fill="D9EAF7"/>
            <w:vAlign w:val="center"/>
          </w:tcPr>
          <w:p w14:paraId="335C302D" w14:textId="77777777" w:rsidR="00CA1A7E" w:rsidRDefault="002B1CBB">
            <w:r>
              <w:rPr>
                <w:b/>
                <w:sz w:val="17"/>
              </w:rPr>
              <w:t>My Details / Answer</w:t>
            </w:r>
          </w:p>
        </w:tc>
        <w:tc>
          <w:tcPr>
            <w:tcW w:w="648" w:type="dxa"/>
            <w:shd w:val="clear" w:color="auto" w:fill="D9EAF7"/>
            <w:vAlign w:val="center"/>
          </w:tcPr>
          <w:p w14:paraId="72B0FD78" w14:textId="77777777" w:rsidR="00CA1A7E" w:rsidRDefault="002B1CBB">
            <w:r>
              <w:rPr>
                <w:b/>
                <w:sz w:val="17"/>
              </w:rPr>
              <w:t>Done</w:t>
            </w:r>
          </w:p>
        </w:tc>
      </w:tr>
      <w:tr w:rsidR="00CA1A7E" w14:paraId="7CBD5636" w14:textId="77777777">
        <w:trPr>
          <w:jc w:val="center"/>
        </w:trPr>
        <w:tc>
          <w:tcPr>
            <w:tcW w:w="2232" w:type="dxa"/>
          </w:tcPr>
          <w:p w14:paraId="085A4446" w14:textId="77777777" w:rsidR="00CA1A7E" w:rsidRDefault="002B1CBB">
            <w:r>
              <w:rPr>
                <w:sz w:val="17"/>
              </w:rPr>
              <w:t>Medical power of attorney</w:t>
            </w:r>
          </w:p>
        </w:tc>
        <w:tc>
          <w:tcPr>
            <w:tcW w:w="3960" w:type="dxa"/>
          </w:tcPr>
          <w:p w14:paraId="09F9F76B" w14:textId="77777777" w:rsidR="00CA1A7E" w:rsidRDefault="002B1CBB">
            <w:r>
              <w:rPr>
                <w:sz w:val="17"/>
              </w:rPr>
              <w:t>Names healthcare agent and alternates.</w:t>
            </w:r>
          </w:p>
        </w:tc>
        <w:tc>
          <w:tcPr>
            <w:tcW w:w="3528" w:type="dxa"/>
          </w:tcPr>
          <w:p w14:paraId="55956A02" w14:textId="77777777" w:rsidR="00CA1A7E" w:rsidRDefault="00CA1A7E"/>
        </w:tc>
        <w:tc>
          <w:tcPr>
            <w:tcW w:w="648" w:type="dxa"/>
          </w:tcPr>
          <w:p w14:paraId="6010BA06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23F928B" w14:textId="77777777">
        <w:trPr>
          <w:jc w:val="center"/>
        </w:trPr>
        <w:tc>
          <w:tcPr>
            <w:tcW w:w="2232" w:type="dxa"/>
          </w:tcPr>
          <w:p w14:paraId="06A15440" w14:textId="77777777" w:rsidR="00CA1A7E" w:rsidRDefault="002B1CBB">
            <w:r>
              <w:rPr>
                <w:sz w:val="17"/>
              </w:rPr>
              <w:t>Directive to physicians / living will</w:t>
            </w:r>
          </w:p>
        </w:tc>
        <w:tc>
          <w:tcPr>
            <w:tcW w:w="3960" w:type="dxa"/>
          </w:tcPr>
          <w:p w14:paraId="7629CDD3" w14:textId="77777777" w:rsidR="00CA1A7E" w:rsidRDefault="002B1CBB">
            <w:r>
              <w:rPr>
                <w:sz w:val="17"/>
              </w:rPr>
              <w:t>End-of-life treatment preferences.</w:t>
            </w:r>
          </w:p>
        </w:tc>
        <w:tc>
          <w:tcPr>
            <w:tcW w:w="3528" w:type="dxa"/>
          </w:tcPr>
          <w:p w14:paraId="3CCA08CB" w14:textId="77777777" w:rsidR="00CA1A7E" w:rsidRDefault="00CA1A7E"/>
        </w:tc>
        <w:tc>
          <w:tcPr>
            <w:tcW w:w="648" w:type="dxa"/>
          </w:tcPr>
          <w:p w14:paraId="2DC03860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3B3B7223" w14:textId="77777777">
        <w:trPr>
          <w:jc w:val="center"/>
        </w:trPr>
        <w:tc>
          <w:tcPr>
            <w:tcW w:w="2232" w:type="dxa"/>
          </w:tcPr>
          <w:p w14:paraId="1BE5A5E8" w14:textId="77777777" w:rsidR="00CA1A7E" w:rsidRDefault="002B1CBB">
            <w:r>
              <w:rPr>
                <w:sz w:val="17"/>
              </w:rPr>
              <w:t>HIPAA release</w:t>
            </w:r>
          </w:p>
        </w:tc>
        <w:tc>
          <w:tcPr>
            <w:tcW w:w="3960" w:type="dxa"/>
          </w:tcPr>
          <w:p w14:paraId="541A6CBA" w14:textId="77777777" w:rsidR="00CA1A7E" w:rsidRDefault="002B1CBB">
            <w:r>
              <w:rPr>
                <w:sz w:val="17"/>
              </w:rPr>
              <w:t>Allows named people to access medical information.</w:t>
            </w:r>
          </w:p>
        </w:tc>
        <w:tc>
          <w:tcPr>
            <w:tcW w:w="3528" w:type="dxa"/>
          </w:tcPr>
          <w:p w14:paraId="14CA054C" w14:textId="77777777" w:rsidR="00CA1A7E" w:rsidRDefault="00CA1A7E"/>
        </w:tc>
        <w:tc>
          <w:tcPr>
            <w:tcW w:w="648" w:type="dxa"/>
          </w:tcPr>
          <w:p w14:paraId="2539F367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7DFE539B" w14:textId="77777777">
        <w:trPr>
          <w:jc w:val="center"/>
        </w:trPr>
        <w:tc>
          <w:tcPr>
            <w:tcW w:w="2232" w:type="dxa"/>
          </w:tcPr>
          <w:p w14:paraId="729679A2" w14:textId="77777777" w:rsidR="00CA1A7E" w:rsidRDefault="002B1CBB">
            <w:r>
              <w:rPr>
                <w:sz w:val="17"/>
              </w:rPr>
              <w:t>Statutory durable power of attorney</w:t>
            </w:r>
          </w:p>
        </w:tc>
        <w:tc>
          <w:tcPr>
            <w:tcW w:w="3960" w:type="dxa"/>
          </w:tcPr>
          <w:p w14:paraId="11C542A7" w14:textId="77777777" w:rsidR="00CA1A7E" w:rsidRDefault="002B1CBB">
            <w:r>
              <w:rPr>
                <w:sz w:val="17"/>
              </w:rPr>
              <w:t>Financial agent for lifetime incapacity, separate from will.</w:t>
            </w:r>
          </w:p>
        </w:tc>
        <w:tc>
          <w:tcPr>
            <w:tcW w:w="3528" w:type="dxa"/>
          </w:tcPr>
          <w:p w14:paraId="579AAB73" w14:textId="77777777" w:rsidR="00CA1A7E" w:rsidRDefault="00CA1A7E"/>
        </w:tc>
        <w:tc>
          <w:tcPr>
            <w:tcW w:w="648" w:type="dxa"/>
          </w:tcPr>
          <w:p w14:paraId="63B0501D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3A3C41A" w14:textId="77777777">
        <w:trPr>
          <w:jc w:val="center"/>
        </w:trPr>
        <w:tc>
          <w:tcPr>
            <w:tcW w:w="2232" w:type="dxa"/>
          </w:tcPr>
          <w:p w14:paraId="20DA50CE" w14:textId="77777777" w:rsidR="00CA1A7E" w:rsidRDefault="002B1CBB">
            <w:r>
              <w:rPr>
                <w:sz w:val="17"/>
              </w:rPr>
              <w:t>Declaration of guardian</w:t>
            </w:r>
          </w:p>
        </w:tc>
        <w:tc>
          <w:tcPr>
            <w:tcW w:w="3960" w:type="dxa"/>
          </w:tcPr>
          <w:p w14:paraId="725AAD19" w14:textId="77777777" w:rsidR="00CA1A7E" w:rsidRDefault="002B1CBB">
            <w:r>
              <w:rPr>
                <w:sz w:val="17"/>
              </w:rPr>
              <w:t>Names preferred guardian if court guardianship is ever needed.</w:t>
            </w:r>
          </w:p>
        </w:tc>
        <w:tc>
          <w:tcPr>
            <w:tcW w:w="3528" w:type="dxa"/>
          </w:tcPr>
          <w:p w14:paraId="1BAF961D" w14:textId="77777777" w:rsidR="00CA1A7E" w:rsidRDefault="00CA1A7E"/>
        </w:tc>
        <w:tc>
          <w:tcPr>
            <w:tcW w:w="648" w:type="dxa"/>
          </w:tcPr>
          <w:p w14:paraId="3A1E9E18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1A391BF0" w14:textId="77777777">
        <w:trPr>
          <w:jc w:val="center"/>
        </w:trPr>
        <w:tc>
          <w:tcPr>
            <w:tcW w:w="2232" w:type="dxa"/>
          </w:tcPr>
          <w:p w14:paraId="7CA6FAEC" w14:textId="77777777" w:rsidR="00CA1A7E" w:rsidRDefault="002B1CBB">
            <w:r>
              <w:rPr>
                <w:sz w:val="17"/>
              </w:rPr>
              <w:t>Disposition of remains</w:t>
            </w:r>
          </w:p>
        </w:tc>
        <w:tc>
          <w:tcPr>
            <w:tcW w:w="3960" w:type="dxa"/>
          </w:tcPr>
          <w:p w14:paraId="2CF53C00" w14:textId="77777777" w:rsidR="00CA1A7E" w:rsidRDefault="002B1CBB">
            <w:r>
              <w:rPr>
                <w:sz w:val="17"/>
              </w:rPr>
              <w:t>Burial/cremation and who controls arrangements.</w:t>
            </w:r>
          </w:p>
        </w:tc>
        <w:tc>
          <w:tcPr>
            <w:tcW w:w="3528" w:type="dxa"/>
          </w:tcPr>
          <w:p w14:paraId="570BA709" w14:textId="77777777" w:rsidR="00CA1A7E" w:rsidRDefault="00CA1A7E"/>
        </w:tc>
        <w:tc>
          <w:tcPr>
            <w:tcW w:w="648" w:type="dxa"/>
          </w:tcPr>
          <w:p w14:paraId="7513F8B5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282DC72F" w14:textId="77777777">
        <w:trPr>
          <w:jc w:val="center"/>
        </w:trPr>
        <w:tc>
          <w:tcPr>
            <w:tcW w:w="2232" w:type="dxa"/>
          </w:tcPr>
          <w:p w14:paraId="1BF1741F" w14:textId="77777777" w:rsidR="00CA1A7E" w:rsidRDefault="002B1CBB">
            <w:r>
              <w:rPr>
                <w:sz w:val="17"/>
              </w:rPr>
              <w:t>Organ donation and funeral instructions</w:t>
            </w:r>
          </w:p>
        </w:tc>
        <w:tc>
          <w:tcPr>
            <w:tcW w:w="3960" w:type="dxa"/>
          </w:tcPr>
          <w:p w14:paraId="19008A01" w14:textId="77777777" w:rsidR="00CA1A7E" w:rsidRDefault="002B1CBB">
            <w:r>
              <w:rPr>
                <w:sz w:val="17"/>
              </w:rPr>
              <w:t>Record preferences and location of prepaid plans.</w:t>
            </w:r>
          </w:p>
        </w:tc>
        <w:tc>
          <w:tcPr>
            <w:tcW w:w="3528" w:type="dxa"/>
          </w:tcPr>
          <w:p w14:paraId="44BAF971" w14:textId="77777777" w:rsidR="00CA1A7E" w:rsidRDefault="00CA1A7E"/>
        </w:tc>
        <w:tc>
          <w:tcPr>
            <w:tcW w:w="648" w:type="dxa"/>
          </w:tcPr>
          <w:p w14:paraId="54003CEA" w14:textId="77777777" w:rsidR="00CA1A7E" w:rsidRDefault="002B1CBB">
            <w:r>
              <w:rPr>
                <w:sz w:val="17"/>
              </w:rPr>
              <w:t>☐</w:t>
            </w:r>
          </w:p>
        </w:tc>
      </w:tr>
    </w:tbl>
    <w:p w14:paraId="7F3F184F" w14:textId="77777777" w:rsidR="00CA1A7E" w:rsidRDefault="00CA1A7E"/>
    <w:p w14:paraId="32947E6B" w14:textId="77777777" w:rsidR="00CA1A7E" w:rsidRDefault="002B1CBB">
      <w:r>
        <w:rPr>
          <w:b/>
          <w:sz w:val="22"/>
        </w:rPr>
        <w:t>Documents to Bring or Send to Lawyer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21"/>
        <w:gridCol w:w="3644"/>
        <w:gridCol w:w="3202"/>
        <w:gridCol w:w="647"/>
      </w:tblGrid>
      <w:tr w:rsidR="00CA1A7E" w14:paraId="60973CCF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05C2A21F" w14:textId="77777777" w:rsidR="00CA1A7E" w:rsidRDefault="002B1CBB">
            <w:r>
              <w:rPr>
                <w:b/>
                <w:sz w:val="17"/>
              </w:rPr>
              <w:t>Item</w:t>
            </w:r>
          </w:p>
        </w:tc>
        <w:tc>
          <w:tcPr>
            <w:tcW w:w="3960" w:type="dxa"/>
            <w:shd w:val="clear" w:color="auto" w:fill="D9EAF7"/>
            <w:vAlign w:val="center"/>
          </w:tcPr>
          <w:p w14:paraId="16D22B2C" w14:textId="77777777" w:rsidR="00CA1A7E" w:rsidRDefault="002B1CBB">
            <w:r>
              <w:rPr>
                <w:b/>
                <w:sz w:val="17"/>
              </w:rPr>
              <w:t>Information / Notes for Lawyer</w:t>
            </w:r>
          </w:p>
        </w:tc>
        <w:tc>
          <w:tcPr>
            <w:tcW w:w="3528" w:type="dxa"/>
            <w:shd w:val="clear" w:color="auto" w:fill="D9EAF7"/>
            <w:vAlign w:val="center"/>
          </w:tcPr>
          <w:p w14:paraId="17CEFB66" w14:textId="77777777" w:rsidR="00CA1A7E" w:rsidRDefault="002B1CBB">
            <w:r>
              <w:rPr>
                <w:b/>
                <w:sz w:val="17"/>
              </w:rPr>
              <w:t>My Details / Answer</w:t>
            </w:r>
          </w:p>
        </w:tc>
        <w:tc>
          <w:tcPr>
            <w:tcW w:w="648" w:type="dxa"/>
            <w:shd w:val="clear" w:color="auto" w:fill="D9EAF7"/>
            <w:vAlign w:val="center"/>
          </w:tcPr>
          <w:p w14:paraId="7A8F254F" w14:textId="77777777" w:rsidR="00CA1A7E" w:rsidRDefault="002B1CBB">
            <w:r>
              <w:rPr>
                <w:b/>
                <w:sz w:val="17"/>
              </w:rPr>
              <w:t>Done</w:t>
            </w:r>
          </w:p>
        </w:tc>
      </w:tr>
      <w:tr w:rsidR="00CA1A7E" w14:paraId="13BB5314" w14:textId="77777777">
        <w:trPr>
          <w:jc w:val="center"/>
        </w:trPr>
        <w:tc>
          <w:tcPr>
            <w:tcW w:w="2232" w:type="dxa"/>
          </w:tcPr>
          <w:p w14:paraId="2504CDCF" w14:textId="77777777" w:rsidR="00CA1A7E" w:rsidRDefault="002B1CBB">
            <w:r>
              <w:rPr>
                <w:sz w:val="17"/>
              </w:rPr>
              <w:t>Current or prior wills/codicils</w:t>
            </w:r>
          </w:p>
        </w:tc>
        <w:tc>
          <w:tcPr>
            <w:tcW w:w="3960" w:type="dxa"/>
          </w:tcPr>
          <w:p w14:paraId="4458344C" w14:textId="77777777" w:rsidR="00CA1A7E" w:rsidRDefault="002B1CBB">
            <w:r>
              <w:rPr>
                <w:sz w:val="17"/>
              </w:rPr>
              <w:t>Include all signed copies and drafts if relevant.</w:t>
            </w:r>
          </w:p>
        </w:tc>
        <w:tc>
          <w:tcPr>
            <w:tcW w:w="3528" w:type="dxa"/>
          </w:tcPr>
          <w:p w14:paraId="06DB26FF" w14:textId="77777777" w:rsidR="00CA1A7E" w:rsidRDefault="00CA1A7E"/>
        </w:tc>
        <w:tc>
          <w:tcPr>
            <w:tcW w:w="648" w:type="dxa"/>
          </w:tcPr>
          <w:p w14:paraId="2073C0E2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60446539" w14:textId="77777777">
        <w:trPr>
          <w:jc w:val="center"/>
        </w:trPr>
        <w:tc>
          <w:tcPr>
            <w:tcW w:w="2232" w:type="dxa"/>
          </w:tcPr>
          <w:p w14:paraId="146EE9DB" w14:textId="77777777" w:rsidR="00CA1A7E" w:rsidRDefault="002B1CBB">
            <w:r>
              <w:rPr>
                <w:sz w:val="17"/>
              </w:rPr>
              <w:t>Trust documents</w:t>
            </w:r>
          </w:p>
        </w:tc>
        <w:tc>
          <w:tcPr>
            <w:tcW w:w="3960" w:type="dxa"/>
          </w:tcPr>
          <w:p w14:paraId="7E0E23E3" w14:textId="77777777" w:rsidR="00CA1A7E" w:rsidRDefault="002B1CBB">
            <w:r>
              <w:rPr>
                <w:sz w:val="17"/>
              </w:rPr>
              <w:t>Revocable trust, irrevocable trust, amendments.</w:t>
            </w:r>
          </w:p>
        </w:tc>
        <w:tc>
          <w:tcPr>
            <w:tcW w:w="3528" w:type="dxa"/>
          </w:tcPr>
          <w:p w14:paraId="7F83B78B" w14:textId="77777777" w:rsidR="00CA1A7E" w:rsidRDefault="00CA1A7E"/>
        </w:tc>
        <w:tc>
          <w:tcPr>
            <w:tcW w:w="648" w:type="dxa"/>
          </w:tcPr>
          <w:p w14:paraId="7B2547E7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5DD14AF0" w14:textId="77777777">
        <w:trPr>
          <w:jc w:val="center"/>
        </w:trPr>
        <w:tc>
          <w:tcPr>
            <w:tcW w:w="2232" w:type="dxa"/>
          </w:tcPr>
          <w:p w14:paraId="3AEC22BC" w14:textId="77777777" w:rsidR="00CA1A7E" w:rsidRDefault="002B1CBB">
            <w:r>
              <w:rPr>
                <w:sz w:val="17"/>
              </w:rPr>
              <w:t>Deeds and property tax statements</w:t>
            </w:r>
          </w:p>
        </w:tc>
        <w:tc>
          <w:tcPr>
            <w:tcW w:w="3960" w:type="dxa"/>
          </w:tcPr>
          <w:p w14:paraId="0FFD56C6" w14:textId="77777777" w:rsidR="00CA1A7E" w:rsidRDefault="002B1CBB">
            <w:r>
              <w:rPr>
                <w:sz w:val="17"/>
              </w:rPr>
              <w:t>Especially Houston/Harris County homestead property.</w:t>
            </w:r>
          </w:p>
        </w:tc>
        <w:tc>
          <w:tcPr>
            <w:tcW w:w="3528" w:type="dxa"/>
          </w:tcPr>
          <w:p w14:paraId="04F6A08E" w14:textId="77777777" w:rsidR="00CA1A7E" w:rsidRDefault="00CA1A7E"/>
        </w:tc>
        <w:tc>
          <w:tcPr>
            <w:tcW w:w="648" w:type="dxa"/>
          </w:tcPr>
          <w:p w14:paraId="047A2B06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09508DB6" w14:textId="77777777">
        <w:trPr>
          <w:jc w:val="center"/>
        </w:trPr>
        <w:tc>
          <w:tcPr>
            <w:tcW w:w="2232" w:type="dxa"/>
          </w:tcPr>
          <w:p w14:paraId="4134B726" w14:textId="77777777" w:rsidR="00CA1A7E" w:rsidRDefault="002B1CBB">
            <w:r>
              <w:rPr>
                <w:sz w:val="17"/>
              </w:rPr>
              <w:t>Account statements</w:t>
            </w:r>
          </w:p>
        </w:tc>
        <w:tc>
          <w:tcPr>
            <w:tcW w:w="3960" w:type="dxa"/>
          </w:tcPr>
          <w:p w14:paraId="1E62FE1B" w14:textId="77777777" w:rsidR="00CA1A7E" w:rsidRDefault="002B1CBB">
            <w:r>
              <w:rPr>
                <w:sz w:val="17"/>
              </w:rPr>
              <w:t>Recent statements for banks, investments, retirement, insurance.</w:t>
            </w:r>
          </w:p>
        </w:tc>
        <w:tc>
          <w:tcPr>
            <w:tcW w:w="3528" w:type="dxa"/>
          </w:tcPr>
          <w:p w14:paraId="56BB085B" w14:textId="77777777" w:rsidR="00CA1A7E" w:rsidRDefault="00CA1A7E"/>
        </w:tc>
        <w:tc>
          <w:tcPr>
            <w:tcW w:w="648" w:type="dxa"/>
          </w:tcPr>
          <w:p w14:paraId="603C6DE3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08EBD53F" w14:textId="77777777">
        <w:trPr>
          <w:jc w:val="center"/>
        </w:trPr>
        <w:tc>
          <w:tcPr>
            <w:tcW w:w="2232" w:type="dxa"/>
          </w:tcPr>
          <w:p w14:paraId="72593656" w14:textId="77777777" w:rsidR="00CA1A7E" w:rsidRDefault="002B1CBB">
            <w:r>
              <w:rPr>
                <w:sz w:val="17"/>
              </w:rPr>
              <w:t>Business governing documents</w:t>
            </w:r>
          </w:p>
        </w:tc>
        <w:tc>
          <w:tcPr>
            <w:tcW w:w="3960" w:type="dxa"/>
          </w:tcPr>
          <w:p w14:paraId="63867C6C" w14:textId="77777777" w:rsidR="00CA1A7E" w:rsidRDefault="002B1CBB">
            <w:r>
              <w:rPr>
                <w:sz w:val="17"/>
              </w:rPr>
              <w:t>Operating agreement, shareholder agreement, partnership agreement.</w:t>
            </w:r>
          </w:p>
        </w:tc>
        <w:tc>
          <w:tcPr>
            <w:tcW w:w="3528" w:type="dxa"/>
          </w:tcPr>
          <w:p w14:paraId="39602CC0" w14:textId="77777777" w:rsidR="00CA1A7E" w:rsidRDefault="00CA1A7E"/>
        </w:tc>
        <w:tc>
          <w:tcPr>
            <w:tcW w:w="648" w:type="dxa"/>
          </w:tcPr>
          <w:p w14:paraId="39A1A2B5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712C38AA" w14:textId="77777777">
        <w:trPr>
          <w:jc w:val="center"/>
        </w:trPr>
        <w:tc>
          <w:tcPr>
            <w:tcW w:w="2232" w:type="dxa"/>
          </w:tcPr>
          <w:p w14:paraId="5A607D0B" w14:textId="77777777" w:rsidR="00CA1A7E" w:rsidRDefault="002B1CBB">
            <w:r>
              <w:rPr>
                <w:sz w:val="17"/>
              </w:rPr>
              <w:t>Prenuptial/postnuptial/community property agreements</w:t>
            </w:r>
          </w:p>
        </w:tc>
        <w:tc>
          <w:tcPr>
            <w:tcW w:w="3960" w:type="dxa"/>
          </w:tcPr>
          <w:p w14:paraId="42AA00D0" w14:textId="77777777" w:rsidR="00CA1A7E" w:rsidRDefault="002B1CBB">
            <w:r>
              <w:rPr>
                <w:sz w:val="17"/>
              </w:rPr>
              <w:t>Also include divorce decrees.</w:t>
            </w:r>
          </w:p>
        </w:tc>
        <w:tc>
          <w:tcPr>
            <w:tcW w:w="3528" w:type="dxa"/>
          </w:tcPr>
          <w:p w14:paraId="0EEE0208" w14:textId="77777777" w:rsidR="00CA1A7E" w:rsidRDefault="00CA1A7E"/>
        </w:tc>
        <w:tc>
          <w:tcPr>
            <w:tcW w:w="648" w:type="dxa"/>
          </w:tcPr>
          <w:p w14:paraId="5BD0B7E8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0B321243" w14:textId="77777777">
        <w:trPr>
          <w:jc w:val="center"/>
        </w:trPr>
        <w:tc>
          <w:tcPr>
            <w:tcW w:w="2232" w:type="dxa"/>
          </w:tcPr>
          <w:p w14:paraId="4886B57D" w14:textId="77777777" w:rsidR="00CA1A7E" w:rsidRDefault="002B1CBB">
            <w:r>
              <w:rPr>
                <w:sz w:val="17"/>
              </w:rPr>
              <w:t>Beneficiary designation confirmations</w:t>
            </w:r>
          </w:p>
        </w:tc>
        <w:tc>
          <w:tcPr>
            <w:tcW w:w="3960" w:type="dxa"/>
          </w:tcPr>
          <w:p w14:paraId="72ED4D41" w14:textId="77777777" w:rsidR="00CA1A7E" w:rsidRDefault="002B1CBB">
            <w:r>
              <w:rPr>
                <w:sz w:val="17"/>
              </w:rPr>
              <w:t>Retirement, insurance, TOD/POD accounts.</w:t>
            </w:r>
          </w:p>
        </w:tc>
        <w:tc>
          <w:tcPr>
            <w:tcW w:w="3528" w:type="dxa"/>
          </w:tcPr>
          <w:p w14:paraId="14B9B672" w14:textId="77777777" w:rsidR="00CA1A7E" w:rsidRDefault="00CA1A7E"/>
        </w:tc>
        <w:tc>
          <w:tcPr>
            <w:tcW w:w="648" w:type="dxa"/>
          </w:tcPr>
          <w:p w14:paraId="3398E265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3CF1CB3F" w14:textId="77777777">
        <w:trPr>
          <w:jc w:val="center"/>
        </w:trPr>
        <w:tc>
          <w:tcPr>
            <w:tcW w:w="2232" w:type="dxa"/>
          </w:tcPr>
          <w:p w14:paraId="1AF35874" w14:textId="77777777" w:rsidR="00CA1A7E" w:rsidRDefault="002B1CBB">
            <w:r>
              <w:rPr>
                <w:sz w:val="17"/>
              </w:rPr>
              <w:t>List of usernames/digital assets location</w:t>
            </w:r>
          </w:p>
        </w:tc>
        <w:tc>
          <w:tcPr>
            <w:tcW w:w="3960" w:type="dxa"/>
          </w:tcPr>
          <w:p w14:paraId="049511E4" w14:textId="77777777" w:rsidR="00CA1A7E" w:rsidRDefault="002B1CBB">
            <w:r>
              <w:rPr>
                <w:sz w:val="17"/>
              </w:rPr>
              <w:t>Do not email passwords unless lawyer gives secure method.</w:t>
            </w:r>
          </w:p>
        </w:tc>
        <w:tc>
          <w:tcPr>
            <w:tcW w:w="3528" w:type="dxa"/>
          </w:tcPr>
          <w:p w14:paraId="65DC10B2" w14:textId="77777777" w:rsidR="00CA1A7E" w:rsidRDefault="00CA1A7E"/>
        </w:tc>
        <w:tc>
          <w:tcPr>
            <w:tcW w:w="648" w:type="dxa"/>
          </w:tcPr>
          <w:p w14:paraId="467977B2" w14:textId="77777777" w:rsidR="00CA1A7E" w:rsidRDefault="002B1CBB">
            <w:r>
              <w:rPr>
                <w:sz w:val="17"/>
              </w:rPr>
              <w:t>☐</w:t>
            </w:r>
          </w:p>
        </w:tc>
      </w:tr>
    </w:tbl>
    <w:p w14:paraId="230EF2BA" w14:textId="77777777" w:rsidR="00CA1A7E" w:rsidRDefault="00CA1A7E"/>
    <w:p w14:paraId="0F827DF3" w14:textId="77777777" w:rsidR="00CA1A7E" w:rsidRDefault="002B1CBB">
      <w:r>
        <w:rPr>
          <w:b/>
          <w:sz w:val="22"/>
        </w:rPr>
        <w:t>Questions for the Lawyer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9"/>
        <w:gridCol w:w="3895"/>
        <w:gridCol w:w="3462"/>
        <w:gridCol w:w="648"/>
      </w:tblGrid>
      <w:tr w:rsidR="00CA1A7E" w14:paraId="7BF1ABFD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1C26857B" w14:textId="77777777" w:rsidR="00CA1A7E" w:rsidRDefault="002B1CBB">
            <w:r>
              <w:rPr>
                <w:b/>
                <w:sz w:val="17"/>
              </w:rPr>
              <w:t>Item</w:t>
            </w:r>
          </w:p>
        </w:tc>
        <w:tc>
          <w:tcPr>
            <w:tcW w:w="3960" w:type="dxa"/>
            <w:shd w:val="clear" w:color="auto" w:fill="D9EAF7"/>
            <w:vAlign w:val="center"/>
          </w:tcPr>
          <w:p w14:paraId="0CDB8DFD" w14:textId="77777777" w:rsidR="00CA1A7E" w:rsidRDefault="002B1CBB">
            <w:r>
              <w:rPr>
                <w:b/>
                <w:sz w:val="17"/>
              </w:rPr>
              <w:t>Information / Notes for Lawyer</w:t>
            </w:r>
          </w:p>
        </w:tc>
        <w:tc>
          <w:tcPr>
            <w:tcW w:w="3528" w:type="dxa"/>
            <w:shd w:val="clear" w:color="auto" w:fill="D9EAF7"/>
            <w:vAlign w:val="center"/>
          </w:tcPr>
          <w:p w14:paraId="5DE2CF44" w14:textId="77777777" w:rsidR="00CA1A7E" w:rsidRDefault="002B1CBB">
            <w:r>
              <w:rPr>
                <w:b/>
                <w:sz w:val="17"/>
              </w:rPr>
              <w:t>My Details / Answer</w:t>
            </w:r>
          </w:p>
        </w:tc>
        <w:tc>
          <w:tcPr>
            <w:tcW w:w="648" w:type="dxa"/>
            <w:shd w:val="clear" w:color="auto" w:fill="D9EAF7"/>
            <w:vAlign w:val="center"/>
          </w:tcPr>
          <w:p w14:paraId="613651EC" w14:textId="77777777" w:rsidR="00CA1A7E" w:rsidRDefault="002B1CBB">
            <w:r>
              <w:rPr>
                <w:b/>
                <w:sz w:val="17"/>
              </w:rPr>
              <w:t>Done</w:t>
            </w:r>
          </w:p>
        </w:tc>
      </w:tr>
      <w:tr w:rsidR="00CA1A7E" w14:paraId="44674140" w14:textId="77777777">
        <w:trPr>
          <w:jc w:val="center"/>
        </w:trPr>
        <w:tc>
          <w:tcPr>
            <w:tcW w:w="2232" w:type="dxa"/>
          </w:tcPr>
          <w:p w14:paraId="01600046" w14:textId="77777777" w:rsidR="00CA1A7E" w:rsidRDefault="002B1CBB">
            <w:r>
              <w:rPr>
                <w:sz w:val="17"/>
              </w:rPr>
              <w:t>Does my will need a self-proving affidavit?</w:t>
            </w:r>
          </w:p>
        </w:tc>
        <w:tc>
          <w:tcPr>
            <w:tcW w:w="3960" w:type="dxa"/>
          </w:tcPr>
          <w:p w14:paraId="5AF73E8B" w14:textId="77777777" w:rsidR="00CA1A7E" w:rsidRDefault="002B1CBB">
            <w:r>
              <w:rPr>
                <w:sz w:val="17"/>
              </w:rPr>
              <w:t>Ask how Texas execution formalities will be handled.</w:t>
            </w:r>
          </w:p>
        </w:tc>
        <w:tc>
          <w:tcPr>
            <w:tcW w:w="3528" w:type="dxa"/>
          </w:tcPr>
          <w:p w14:paraId="5A272E6A" w14:textId="77777777" w:rsidR="00CA1A7E" w:rsidRDefault="00CA1A7E"/>
        </w:tc>
        <w:tc>
          <w:tcPr>
            <w:tcW w:w="648" w:type="dxa"/>
          </w:tcPr>
          <w:p w14:paraId="2C2C8E99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2EDE7D2B" w14:textId="77777777">
        <w:trPr>
          <w:jc w:val="center"/>
        </w:trPr>
        <w:tc>
          <w:tcPr>
            <w:tcW w:w="2232" w:type="dxa"/>
          </w:tcPr>
          <w:p w14:paraId="483EFA88" w14:textId="77777777" w:rsidR="00CA1A7E" w:rsidRDefault="002B1CBB">
            <w:r>
              <w:rPr>
                <w:sz w:val="17"/>
              </w:rPr>
              <w:t>Should my executor serve independently and without bond?</w:t>
            </w:r>
          </w:p>
        </w:tc>
        <w:tc>
          <w:tcPr>
            <w:tcW w:w="3960" w:type="dxa"/>
          </w:tcPr>
          <w:p w14:paraId="331E1BC8" w14:textId="77777777" w:rsidR="00CA1A7E" w:rsidRDefault="002B1CBB">
            <w:r>
              <w:rPr>
                <w:sz w:val="17"/>
              </w:rPr>
              <w:t>Common Texas probate planning point.</w:t>
            </w:r>
          </w:p>
        </w:tc>
        <w:tc>
          <w:tcPr>
            <w:tcW w:w="3528" w:type="dxa"/>
          </w:tcPr>
          <w:p w14:paraId="251CA279" w14:textId="77777777" w:rsidR="00CA1A7E" w:rsidRDefault="00CA1A7E"/>
        </w:tc>
        <w:tc>
          <w:tcPr>
            <w:tcW w:w="648" w:type="dxa"/>
          </w:tcPr>
          <w:p w14:paraId="5691B520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216B65FA" w14:textId="77777777">
        <w:trPr>
          <w:jc w:val="center"/>
        </w:trPr>
        <w:tc>
          <w:tcPr>
            <w:tcW w:w="2232" w:type="dxa"/>
          </w:tcPr>
          <w:p w14:paraId="2874ADB8" w14:textId="77777777" w:rsidR="00CA1A7E" w:rsidRDefault="002B1CBB">
            <w:r>
              <w:rPr>
                <w:sz w:val="17"/>
              </w:rPr>
              <w:t>Do I need a trust?</w:t>
            </w:r>
          </w:p>
        </w:tc>
        <w:tc>
          <w:tcPr>
            <w:tcW w:w="3960" w:type="dxa"/>
          </w:tcPr>
          <w:p w14:paraId="1F39302E" w14:textId="77777777" w:rsidR="00CA1A7E" w:rsidRDefault="002B1CBB">
            <w:r>
              <w:rPr>
                <w:sz w:val="17"/>
              </w:rPr>
              <w:t>For minors, privacy, disability planning, out-of-state property, or complex assets.</w:t>
            </w:r>
          </w:p>
        </w:tc>
        <w:tc>
          <w:tcPr>
            <w:tcW w:w="3528" w:type="dxa"/>
          </w:tcPr>
          <w:p w14:paraId="6FFA215C" w14:textId="77777777" w:rsidR="00CA1A7E" w:rsidRDefault="00CA1A7E"/>
        </w:tc>
        <w:tc>
          <w:tcPr>
            <w:tcW w:w="648" w:type="dxa"/>
          </w:tcPr>
          <w:p w14:paraId="69DEBFA7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0F592566" w14:textId="77777777">
        <w:trPr>
          <w:jc w:val="center"/>
        </w:trPr>
        <w:tc>
          <w:tcPr>
            <w:tcW w:w="2232" w:type="dxa"/>
          </w:tcPr>
          <w:p w14:paraId="3033E869" w14:textId="77777777" w:rsidR="00CA1A7E" w:rsidRDefault="002B1CBB">
            <w:r>
              <w:rPr>
                <w:sz w:val="17"/>
              </w:rPr>
              <w:t>How should community property be addressed?</w:t>
            </w:r>
          </w:p>
        </w:tc>
        <w:tc>
          <w:tcPr>
            <w:tcW w:w="3960" w:type="dxa"/>
          </w:tcPr>
          <w:p w14:paraId="5267CDA6" w14:textId="77777777" w:rsidR="00CA1A7E" w:rsidRDefault="002B1CBB">
            <w:r>
              <w:rPr>
                <w:sz w:val="17"/>
              </w:rPr>
              <w:t>Important for married Texas residents.</w:t>
            </w:r>
          </w:p>
        </w:tc>
        <w:tc>
          <w:tcPr>
            <w:tcW w:w="3528" w:type="dxa"/>
          </w:tcPr>
          <w:p w14:paraId="73493A69" w14:textId="77777777" w:rsidR="00CA1A7E" w:rsidRDefault="00CA1A7E"/>
        </w:tc>
        <w:tc>
          <w:tcPr>
            <w:tcW w:w="648" w:type="dxa"/>
          </w:tcPr>
          <w:p w14:paraId="5B52B791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1E9092F7" w14:textId="77777777">
        <w:trPr>
          <w:jc w:val="center"/>
        </w:trPr>
        <w:tc>
          <w:tcPr>
            <w:tcW w:w="2232" w:type="dxa"/>
          </w:tcPr>
          <w:p w14:paraId="69FC66DC" w14:textId="77777777" w:rsidR="00CA1A7E" w:rsidRDefault="002B1CBB">
            <w:r>
              <w:rPr>
                <w:sz w:val="17"/>
              </w:rPr>
              <w:t>Will any assets bypass the will?</w:t>
            </w:r>
          </w:p>
        </w:tc>
        <w:tc>
          <w:tcPr>
            <w:tcW w:w="3960" w:type="dxa"/>
          </w:tcPr>
          <w:p w14:paraId="1302F797" w14:textId="77777777" w:rsidR="00CA1A7E" w:rsidRDefault="002B1CBB">
            <w:r>
              <w:rPr>
                <w:sz w:val="17"/>
              </w:rPr>
              <w:t>Confirm non-probate transfers and beneficiary designations.</w:t>
            </w:r>
          </w:p>
        </w:tc>
        <w:tc>
          <w:tcPr>
            <w:tcW w:w="3528" w:type="dxa"/>
          </w:tcPr>
          <w:p w14:paraId="73E12462" w14:textId="77777777" w:rsidR="00CA1A7E" w:rsidRDefault="00CA1A7E"/>
        </w:tc>
        <w:tc>
          <w:tcPr>
            <w:tcW w:w="648" w:type="dxa"/>
          </w:tcPr>
          <w:p w14:paraId="1F3DBD36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433CBCAD" w14:textId="77777777">
        <w:trPr>
          <w:jc w:val="center"/>
        </w:trPr>
        <w:tc>
          <w:tcPr>
            <w:tcW w:w="2232" w:type="dxa"/>
          </w:tcPr>
          <w:p w14:paraId="2B62D91C" w14:textId="77777777" w:rsidR="00CA1A7E" w:rsidRDefault="002B1CBB">
            <w:r>
              <w:rPr>
                <w:sz w:val="17"/>
              </w:rPr>
              <w:lastRenderedPageBreak/>
              <w:t>What should I do after signing?</w:t>
            </w:r>
          </w:p>
        </w:tc>
        <w:tc>
          <w:tcPr>
            <w:tcW w:w="3960" w:type="dxa"/>
          </w:tcPr>
          <w:p w14:paraId="0A2FD6AD" w14:textId="77777777" w:rsidR="00CA1A7E" w:rsidRDefault="002B1CBB">
            <w:r>
              <w:rPr>
                <w:sz w:val="17"/>
              </w:rPr>
              <w:t>Storage, copies, informing executor, future updates.</w:t>
            </w:r>
          </w:p>
        </w:tc>
        <w:tc>
          <w:tcPr>
            <w:tcW w:w="3528" w:type="dxa"/>
          </w:tcPr>
          <w:p w14:paraId="684B539B" w14:textId="77777777" w:rsidR="00CA1A7E" w:rsidRDefault="00CA1A7E"/>
        </w:tc>
        <w:tc>
          <w:tcPr>
            <w:tcW w:w="648" w:type="dxa"/>
          </w:tcPr>
          <w:p w14:paraId="2CD35A52" w14:textId="77777777" w:rsidR="00CA1A7E" w:rsidRDefault="002B1CBB">
            <w:r>
              <w:rPr>
                <w:sz w:val="17"/>
              </w:rPr>
              <w:t>☐</w:t>
            </w:r>
          </w:p>
        </w:tc>
      </w:tr>
      <w:tr w:rsidR="00CA1A7E" w14:paraId="30F8EF37" w14:textId="77777777">
        <w:trPr>
          <w:jc w:val="center"/>
        </w:trPr>
        <w:tc>
          <w:tcPr>
            <w:tcW w:w="2232" w:type="dxa"/>
          </w:tcPr>
          <w:p w14:paraId="0C1F1E3B" w14:textId="77777777" w:rsidR="00CA1A7E" w:rsidRDefault="002B1CBB">
            <w:r>
              <w:rPr>
                <w:sz w:val="17"/>
              </w:rPr>
              <w:t>When should I update the will?</w:t>
            </w:r>
          </w:p>
        </w:tc>
        <w:tc>
          <w:tcPr>
            <w:tcW w:w="3960" w:type="dxa"/>
          </w:tcPr>
          <w:p w14:paraId="20D767B2" w14:textId="77777777" w:rsidR="00CA1A7E" w:rsidRDefault="002B1CBB">
            <w:r>
              <w:rPr>
                <w:sz w:val="17"/>
              </w:rPr>
              <w:t>Marriage, divorce, birth/adoption, death, move, major asset change.</w:t>
            </w:r>
          </w:p>
        </w:tc>
        <w:tc>
          <w:tcPr>
            <w:tcW w:w="3528" w:type="dxa"/>
          </w:tcPr>
          <w:p w14:paraId="02B1DC3A" w14:textId="77777777" w:rsidR="00CA1A7E" w:rsidRDefault="00CA1A7E"/>
        </w:tc>
        <w:tc>
          <w:tcPr>
            <w:tcW w:w="648" w:type="dxa"/>
          </w:tcPr>
          <w:p w14:paraId="7C5A5843" w14:textId="77777777" w:rsidR="00CA1A7E" w:rsidRDefault="002B1CBB">
            <w:r>
              <w:rPr>
                <w:sz w:val="17"/>
              </w:rPr>
              <w:t>☐</w:t>
            </w:r>
          </w:p>
        </w:tc>
      </w:tr>
    </w:tbl>
    <w:p w14:paraId="58FDD889" w14:textId="77777777" w:rsidR="00CA1A7E" w:rsidRDefault="002B1CBB">
      <w:r>
        <w:rPr>
          <w:i/>
          <w:sz w:val="16"/>
        </w:rPr>
        <w:br/>
        <w:t>Prepared for personal organization before meeting with a Texas estate-planning attorney. Last updated: 14 May 2026.</w:t>
      </w:r>
    </w:p>
    <w:sectPr w:rsidR="00CA1A7E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1200993">
    <w:abstractNumId w:val="8"/>
  </w:num>
  <w:num w:numId="2" w16cid:durableId="351490890">
    <w:abstractNumId w:val="6"/>
  </w:num>
  <w:num w:numId="3" w16cid:durableId="1249197474">
    <w:abstractNumId w:val="5"/>
  </w:num>
  <w:num w:numId="4" w16cid:durableId="422728666">
    <w:abstractNumId w:val="4"/>
  </w:num>
  <w:num w:numId="5" w16cid:durableId="1923097763">
    <w:abstractNumId w:val="7"/>
  </w:num>
  <w:num w:numId="6" w16cid:durableId="2009824987">
    <w:abstractNumId w:val="3"/>
  </w:num>
  <w:num w:numId="7" w16cid:durableId="2125806149">
    <w:abstractNumId w:val="2"/>
  </w:num>
  <w:num w:numId="8" w16cid:durableId="2072389148">
    <w:abstractNumId w:val="1"/>
  </w:num>
  <w:num w:numId="9" w16cid:durableId="1130898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362D"/>
    <w:rsid w:val="0029639D"/>
    <w:rsid w:val="002B1CBB"/>
    <w:rsid w:val="00326F90"/>
    <w:rsid w:val="004A7E64"/>
    <w:rsid w:val="004D3576"/>
    <w:rsid w:val="00881F66"/>
    <w:rsid w:val="008A634D"/>
    <w:rsid w:val="00AA1D8D"/>
    <w:rsid w:val="00B47730"/>
    <w:rsid w:val="00CA1A7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F0703A"/>
  <w14:defaultImageDpi w14:val="300"/>
  <w15:docId w15:val="{01A2A698-2FD7-496E-94BF-583B3CA4D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1203</Words>
  <Characters>6860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 Cowper</cp:lastModifiedBy>
  <cp:revision>4</cp:revision>
  <dcterms:created xsi:type="dcterms:W3CDTF">2026-06-09T01:20:00Z</dcterms:created>
  <dcterms:modified xsi:type="dcterms:W3CDTF">2026-09-22T19:46:00Z</dcterms:modified>
  <cp:category/>
</cp:coreProperties>
</file>